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Rozhovor so zakladateľkami medzinárodne akreditovanej koučovacej školy Business Coaching College</w:t>
      </w:r>
    </w:p>
    <w:p>
      <w:pPr>
        <w:spacing w:after="40"/>
      </w:pPr>
      <w:r>
        <w:rPr>
          <w:color w:val="666666"/>
          <w:sz w:val="18"/>
        </w:rPr>
        <w:t>Kanál:      koučovacia škola</w:t>
      </w:r>
    </w:p>
    <w:p>
      <w:pPr>
        <w:spacing w:after="40"/>
      </w:pPr>
      <w:r>
        <w:rPr>
          <w:color w:val="666666"/>
          <w:sz w:val="18"/>
        </w:rPr>
        <w:t>URL:        https://www.youtube.com/watch?v=s0tn-KAfnlA</w:t>
      </w:r>
    </w:p>
    <w:p>
      <w:pPr>
        <w:spacing w:after="40"/>
      </w:pPr>
      <w:r>
        <w:rPr>
          <w:color w:val="666666"/>
          <w:sz w:val="18"/>
        </w:rPr>
        <w:t>Zverejnené: 2026-05-23</w:t>
      </w:r>
    </w:p>
    <w:p>
      <w:pPr>
        <w:spacing w:after="40"/>
      </w:pPr>
      <w:r>
        <w:rPr>
          <w:color w:val="666666"/>
          <w:sz w:val="18"/>
        </w:rPr>
        <w:t>Titulky:    sk-orig (automatické rozpoznávanie reči, YouTube)</w:t>
      </w:r>
    </w:p>
    <w:p>
      <w:pPr>
        <w:spacing w:after="40"/>
      </w:pPr>
      <w:r>
        <w:rPr>
          <w:color w:val="666666"/>
          <w:sz w:val="18"/>
        </w:rPr>
        <w:t>Spracovanie: rozdelenie na hovorcov, interpunkcia, drobné úpravy prepisu</w:t>
      </w:r>
    </w:p>
    <w:p>
      <w:pPr>
        <w:spacing w:after="40"/>
      </w:pPr>
      <w:r>
        <w:rPr>
          <w:color w:val="666666"/>
          <w:sz w:val="18"/>
        </w:rPr>
        <w:t>Časové značky: približné – označujú blok (~30 s), v ktorom replika začína</w:t>
      </w:r>
    </w:p>
    <w:p>
      <w:pPr>
        <w:spacing w:after="40"/>
      </w:pPr>
      <w:r>
        <w:rPr>
          <w:color w:val="666666"/>
          <w:sz w:val="18"/>
        </w:rPr>
        <w:t>Hovorcovia: MODERÁTORKA (absolventka školy, vedie rozhovor), ZUZANA a DENISA – zakladateľky školy.</w:t>
      </w:r>
    </w:p>
    <w:p>
      <w:pPr>
        <w:spacing w:after="40"/>
      </w:pPr>
      <w:r>
        <w:rPr>
          <w:color w:val="666666"/>
          <w:sz w:val="18"/>
        </w:rPr>
        <w:t>Poznámka: hlasy lektoriek sa v automatickom prepise nedajú rozlíšiť; priradenie replík menám je</w:t>
      </w:r>
    </w:p>
    <w:p>
      <w:pPr>
        <w:spacing w:after="40"/>
      </w:pPr>
      <w:r>
        <w:rPr>
          <w:color w:val="666666"/>
          <w:sz w:val="18"/>
        </w:rPr>
        <w:t>odvodené z kontextu (oslovenia, odkazy na seba) a na niektorých miestach môže byť nepresné.</w:t>
      </w:r>
    </w:p>
    <w:p/>
    <w:p>
      <w:pPr>
        <w:spacing w:after="160"/>
      </w:pPr>
      <w:r>
        <w:rPr>
          <w:color w:val="888888"/>
          <w:sz w:val="18"/>
        </w:rPr>
        <w:t xml:space="preserve">[00:00:00] </w:t>
      </w:r>
      <w:r>
        <w:rPr>
          <w:b/>
        </w:rPr>
        <w:t xml:space="preserve">ZUZANA: </w:t>
      </w:r>
      <w:r>
        <w:t>(upútavka) A ten koučing pomáha manažérovi spýtať sa: a ty by si to ako riešil? V tomto zmysle sa pýtať. Samozrejme, toto nie je jediná otázka, ktorú by mohol použiť. Takže im veľakrát ubudne toho, čo musia mať vyriešené.</w:t>
      </w:r>
    </w:p>
    <w:p>
      <w:pPr>
        <w:spacing w:after="160"/>
      </w:pPr>
      <w:r>
        <w:rPr>
          <w:color w:val="888888"/>
          <w:sz w:val="18"/>
        </w:rPr>
        <w:t xml:space="preserve">[00:00:22] </w:t>
      </w:r>
      <w:r>
        <w:rPr>
          <w:b/>
        </w:rPr>
        <w:t xml:space="preserve">DENISA: </w:t>
      </w:r>
      <w:r>
        <w:t>A môžu sa venovať strategickejším veciam – lebo tam prichádza taká úľava, keď manažéri prenesú časť svojej zodpovednosti na svoj tím, na svojich podriadených. Vtedy môžu robiť zmysluplnejšie aktivity ako tú operatívu, ktorá im zaberá častokrát väčšinu času; uľaví sa im, trošku si oddýchnu, nebudú takí prepálení a robia dlhodobejšie veci.</w:t>
      </w:r>
    </w:p>
    <w:p>
      <w:pPr>
        <w:spacing w:after="160"/>
      </w:pPr>
      <w:r>
        <w:rPr>
          <w:color w:val="888888"/>
          <w:sz w:val="18"/>
        </w:rPr>
        <w:t xml:space="preserve">[00:00:50] </w:t>
      </w:r>
      <w:r>
        <w:rPr>
          <w:b/>
        </w:rPr>
        <w:t xml:space="preserve">ZUZANA: </w:t>
      </w:r>
      <w:r>
        <w:t>A vlastne tým pestujú v zamestnancoch zodpovednosť v rámci toho, za čo zodpovedajú, v rámci ich náplne práce. A v mnohých firmách je to aj príprava alebo budovanie nástupníctva – tí ľudia sa stávajú samostatnými a potom sú kandidátmi na ďalší kariérny postup. Keď manažér ponecháva zodpovednosť na tých ľuďoch alebo im deleguje úlohy a pozoruje ich pritom, tak vlastne spoznáva tých ľudí: tým, že im kladie otázky, spoznáva, ako premýšľajú o riešeniach – a tým pádom môže ľahšie delegovať a nemusí mať stres z toho, či sa tie úlohy stanú vykonanými.</w:t>
      </w:r>
    </w:p>
    <w:p>
      <w:pPr>
        <w:spacing w:after="160"/>
      </w:pPr>
      <w:r>
        <w:rPr>
          <w:color w:val="888888"/>
          <w:sz w:val="18"/>
        </w:rPr>
        <w:t xml:space="preserve">[00:01:51] </w:t>
      </w:r>
      <w:r>
        <w:rPr>
          <w:b/>
        </w:rPr>
        <w:t xml:space="preserve">DENISA: </w:t>
      </w:r>
      <w:r>
        <w:t>Vie, v čom sa môže spoľahnúť a v čom nie – a vtedy môže s ľahším srdcom delegovať. A tí ľudia, keď ich niekto tak pozoruje a tak zvedavo sa pýta – a nedáva im návodné otázky, lebo tie znižujú dôstojnosť človeka; keď máš v otázke skrytý návod, tak to toho človeka skôr znevažuje – ale keď sa ten manažér normálne zvedavo pýta: dám ti priestor, zamysli sa ty svojím spôsobom, ako by si to riešil, možno nájdeš lepšie riešenie ako ja…</w:t>
      </w:r>
    </w:p>
    <w:p>
      <w:pPr>
        <w:spacing w:after="160"/>
      </w:pPr>
      <w:r>
        <w:rPr>
          <w:color w:val="888888"/>
          <w:sz w:val="18"/>
        </w:rPr>
        <w:t xml:space="preserve">[00:02:29] </w:t>
      </w:r>
      <w:r>
        <w:rPr>
          <w:b/>
        </w:rPr>
        <w:t xml:space="preserve">ZUZANA: </w:t>
      </w:r>
      <w:r>
        <w:t>…tak ten človek začne mať pocit osobnej sily. Pretože niekto ho počúva, nadriadený ho počúva, necháva mu priestor na premýšľanie – to znamená, že ho rešpektuje. A ten človek sa stáva silnejším a zároveň má aj väčšiu radosť, že má tú pozornosť.</w:t>
      </w:r>
    </w:p>
    <w:p>
      <w:pPr>
        <w:spacing w:after="160"/>
      </w:pPr>
      <w:r>
        <w:rPr>
          <w:color w:val="888888"/>
          <w:sz w:val="18"/>
        </w:rPr>
        <w:t xml:space="preserve">[00:02:50] </w:t>
      </w:r>
      <w:r>
        <w:rPr>
          <w:b/>
        </w:rPr>
        <w:t xml:space="preserve">MODERÁTORKA: </w:t>
      </w:r>
      <w:r>
        <w:t>Deni, Zuzka – vaša škola, koučovacia škola, má desať rokov. Ako vlastne vznikla myšlienka o koučovaní, o koučovacích výcvikoch? Kedy to vzniklo a ako?</w:t>
      </w:r>
    </w:p>
    <w:p>
      <w:pPr>
        <w:spacing w:after="160"/>
      </w:pPr>
      <w:r>
        <w:rPr>
          <w:color w:val="888888"/>
          <w:sz w:val="18"/>
        </w:rPr>
        <w:t xml:space="preserve">[00:03:05] </w:t>
      </w:r>
      <w:r>
        <w:rPr>
          <w:b/>
        </w:rPr>
        <w:t xml:space="preserve">DENISA: </w:t>
      </w:r>
      <w:r>
        <w:t>My sme sa so Zuzkou stretli na jednej konferencii v Hiltone. Už sme sa poznali roky predtým, ale nejako sme sa bližšie osobne nestýkali ani nekamarátili, iba sme sa profesne stretávali. A nás to tak spojilo samo: boli sme na konferencii a už sme sa nudili, lebo sme to, čo tam bolo prezentované, počuli viackrát. A ešte sme meškali, tak nás konferencierky posadili dozadu, kde sedáva personál.</w:t>
      </w:r>
    </w:p>
    <w:p>
      <w:pPr>
        <w:spacing w:after="160"/>
      </w:pPr>
      <w:r>
        <w:rPr>
          <w:color w:val="888888"/>
          <w:sz w:val="18"/>
        </w:rPr>
        <w:t xml:space="preserve">[00:03:44] </w:t>
      </w:r>
      <w:r>
        <w:rPr>
          <w:b/>
        </w:rPr>
        <w:t xml:space="preserve">ZUZANA: </w:t>
      </w:r>
      <w:r>
        <w:t>Aby sme nevyrušovali, keď sme prišli neskoro, tak nás posadili dozadu k sebe – a my sme si tam začali šuškať, lebo sme sa nudili. A zrazu sme sa obidve začali zaujímať o svet tej druhej, o rozmýšľanie tej druhej – a zistili sme, že obidve máme nápad urobiť koučovací výcvik. Nebolo to ešte, že škola alebo niečo veľké, ale že chceme to koučovanie sprostredkovať širokej verejnosti a svetu.</w:t>
      </w:r>
    </w:p>
    <w:p>
      <w:pPr>
        <w:spacing w:after="160"/>
      </w:pPr>
      <w:r>
        <w:rPr>
          <w:color w:val="888888"/>
          <w:sz w:val="18"/>
        </w:rPr>
        <w:t xml:space="preserve">[00:04:15] </w:t>
      </w:r>
      <w:r>
        <w:rPr>
          <w:b/>
        </w:rPr>
        <w:t xml:space="preserve">DENISA: </w:t>
      </w:r>
      <w:r>
        <w:t>Začali sme o tom rozprávať, zaujalo nás to a odobrali sme sa z tej konferenčnej miestnosti do takej kaviarne. Pamätám si, že tam boli také červené stoličky, kreslá a gauče – a tam sme sedeli tri, štyri hodiny v kuse. A tam vznikli základy nášho prvého výcviku biznis koučingu; za tých pár hodín sme postavili tú základnú filozofiu.</w:t>
      </w:r>
    </w:p>
    <w:p>
      <w:pPr>
        <w:spacing w:after="160"/>
      </w:pPr>
      <w:r>
        <w:rPr>
          <w:color w:val="888888"/>
          <w:sz w:val="18"/>
        </w:rPr>
        <w:t xml:space="preserve">[00:04:40] </w:t>
      </w:r>
      <w:r>
        <w:rPr>
          <w:b/>
        </w:rPr>
        <w:t xml:space="preserve">MODERÁTORKA: </w:t>
      </w:r>
      <w:r>
        <w:t>A pamätáte si aj dátum?</w:t>
      </w:r>
    </w:p>
    <w:p>
      <w:pPr>
        <w:spacing w:after="160"/>
      </w:pPr>
      <w:r>
        <w:rPr>
          <w:color w:val="888888"/>
          <w:sz w:val="18"/>
        </w:rPr>
        <w:t xml:space="preserve">[00:04:44] </w:t>
      </w:r>
      <w:r>
        <w:rPr>
          <w:b/>
        </w:rPr>
        <w:t xml:space="preserve">ZUZANA: </w:t>
      </w:r>
      <w:r>
        <w:t>Presne. Desať rokov to bolo a bolo to niekedy v marci.</w:t>
      </w:r>
    </w:p>
    <w:p>
      <w:pPr>
        <w:spacing w:after="160"/>
      </w:pPr>
      <w:r>
        <w:rPr>
          <w:color w:val="888888"/>
          <w:sz w:val="18"/>
        </w:rPr>
        <w:t xml:space="preserve">[00:04:49] </w:t>
      </w:r>
      <w:r>
        <w:rPr>
          <w:b/>
        </w:rPr>
        <w:t xml:space="preserve">DENISA: </w:t>
      </w:r>
      <w:r>
        <w:t>Áno, na jar 2013.</w:t>
      </w:r>
    </w:p>
    <w:p>
      <w:pPr>
        <w:spacing w:after="160"/>
      </w:pPr>
      <w:r>
        <w:rPr>
          <w:color w:val="888888"/>
          <w:sz w:val="18"/>
        </w:rPr>
        <w:t xml:space="preserve">[00:04:52] </w:t>
      </w:r>
      <w:r>
        <w:rPr>
          <w:b/>
        </w:rPr>
        <w:t xml:space="preserve">ZUZANA: </w:t>
      </w:r>
      <w:r>
        <w:t>V marci 2013 to celé vzniklo, tá idea – a potom sme sa už len stretávali a dolaďovali detaily. Tá príprava trvala asi rok.</w:t>
      </w:r>
    </w:p>
    <w:p>
      <w:pPr>
        <w:spacing w:after="160"/>
      </w:pPr>
      <w:r>
        <w:rPr>
          <w:color w:val="888888"/>
          <w:sz w:val="18"/>
        </w:rPr>
        <w:t xml:space="preserve">[00:05:04] </w:t>
      </w:r>
      <w:r>
        <w:rPr>
          <w:b/>
        </w:rPr>
        <w:t xml:space="preserve">MODERÁTORKA: </w:t>
      </w:r>
      <w:r>
        <w:t>Takže teraz v marci je presne desať rokov. A myslíte si, dievčatá, že ste jedna druhú pritiahli do svojho sveta preto, že ste každá iná? Alebo preto, že máte veľa spoločného? Alebo že ste jedna na druhej niečo obdivovali, čo tá druhá nemá?</w:t>
      </w:r>
    </w:p>
    <w:p>
      <w:pPr>
        <w:spacing w:after="160"/>
      </w:pPr>
      <w:r>
        <w:rPr>
          <w:color w:val="888888"/>
          <w:sz w:val="18"/>
        </w:rPr>
        <w:t xml:space="preserve">[00:05:26] </w:t>
      </w:r>
      <w:r>
        <w:rPr>
          <w:b/>
        </w:rPr>
        <w:t xml:space="preserve">DENISA: </w:t>
      </w:r>
      <w:r>
        <w:t>Ja si myslím, že sme sa len začali rozprávať o tom projekte a ten projekt nás nadchol. Neriešili sme jedna druhú, riešili sme ten projekt.</w:t>
      </w:r>
    </w:p>
    <w:p>
      <w:pPr>
        <w:spacing w:after="160"/>
      </w:pPr>
      <w:r>
        <w:rPr>
          <w:color w:val="888888"/>
          <w:sz w:val="18"/>
        </w:rPr>
        <w:t xml:space="preserve">[00:05:36] </w:t>
      </w:r>
      <w:r>
        <w:rPr>
          <w:b/>
        </w:rPr>
        <w:t xml:space="preserve">ZUZANA: </w:t>
      </w:r>
      <w:r>
        <w:t>A to sa tak nejako prihodilo, že potom sme zostali spolu.</w:t>
      </w:r>
    </w:p>
    <w:p>
      <w:pPr>
        <w:spacing w:after="160"/>
      </w:pPr>
      <w:r>
        <w:rPr>
          <w:color w:val="888888"/>
          <w:sz w:val="18"/>
        </w:rPr>
        <w:t xml:space="preserve">[00:05:43] </w:t>
      </w:r>
      <w:r>
        <w:rPr>
          <w:b/>
        </w:rPr>
        <w:t xml:space="preserve">DENISA: </w:t>
      </w:r>
      <w:r>
        <w:t>My sme navonok dosť rozdielne – dynamikou aj temperamentom – takže nás to v minulosti nelákalo, že ideme spolu na kávičku poklebetiť. Ale stále sme mali nejaký kontakt: keď Zuzka viedla slovenskú pobočku Medzinárodnej federácie koučov a ja Slovenskú asociáciu koučov ako líderky, tak sme veľmi úzko spolupracovali.</w:t>
      </w:r>
    </w:p>
    <w:p>
      <w:pPr>
        <w:spacing w:after="160"/>
      </w:pPr>
      <w:r>
        <w:rPr>
          <w:color w:val="888888"/>
          <w:sz w:val="18"/>
        </w:rPr>
        <w:t xml:space="preserve">[00:06:10] </w:t>
      </w:r>
      <w:r>
        <w:rPr>
          <w:b/>
        </w:rPr>
        <w:t xml:space="preserve">DENISA: </w:t>
      </w:r>
      <w:r>
        <w:t>Lebo tieto partnerské neziskové organizácie, ktoré združujú koučov, nie sú konkurenti, ale spolupracujúce, kamarátske spoločnosti – čo je vo svete dá sa povedať unikát. Potom sme sa stretli pri jednej knihe: Zuzka robila predslov k tej knihe – kniha od Daniela Pinka Drive – a ja som robila endorsement.</w:t>
      </w:r>
    </w:p>
    <w:p>
      <w:pPr>
        <w:spacing w:after="160"/>
      </w:pPr>
      <w:r>
        <w:rPr>
          <w:color w:val="888888"/>
          <w:sz w:val="18"/>
        </w:rPr>
        <w:t xml:space="preserve">[00:06:38] </w:t>
      </w:r>
      <w:r>
        <w:rPr>
          <w:b/>
        </w:rPr>
        <w:t xml:space="preserve">ZUZANA: </w:t>
      </w:r>
      <w:r>
        <w:t>A tretíkrát sme sa stretli na tej konferencii, kde sme položili základ týchto našich ideí.</w:t>
      </w:r>
    </w:p>
    <w:p>
      <w:pPr>
        <w:spacing w:after="160"/>
      </w:pPr>
      <w:r>
        <w:rPr>
          <w:color w:val="888888"/>
          <w:sz w:val="18"/>
        </w:rPr>
        <w:t xml:space="preserve">[00:06:50] </w:t>
      </w:r>
      <w:r>
        <w:rPr>
          <w:b/>
        </w:rPr>
        <w:t xml:space="preserve">MODERÁTORKA: </w:t>
      </w:r>
      <w:r>
        <w:t>No, vďaka Bohu za marec 2013 a za to, že ste školu založili – lebo medzitým ňou prešlo veľa spokojných a úspešných absolventov.</w:t>
      </w:r>
    </w:p>
    <w:p>
      <w:pPr>
        <w:spacing w:after="160"/>
      </w:pPr>
      <w:r>
        <w:rPr>
          <w:color w:val="888888"/>
          <w:sz w:val="18"/>
        </w:rPr>
        <w:t xml:space="preserve">[00:07:00] </w:t>
      </w:r>
      <w:r>
        <w:rPr>
          <w:b/>
        </w:rPr>
        <w:t xml:space="preserve">ZUZANA: </w:t>
      </w:r>
      <w:r>
        <w:t>Vyše tisíc.</w:t>
      </w:r>
    </w:p>
    <w:p>
      <w:pPr>
        <w:spacing w:after="160"/>
      </w:pPr>
      <w:r>
        <w:rPr>
          <w:color w:val="888888"/>
          <w:sz w:val="18"/>
        </w:rPr>
        <w:t xml:space="preserve">[00:07:03] </w:t>
      </w:r>
      <w:r>
        <w:rPr>
          <w:b/>
        </w:rPr>
        <w:t xml:space="preserve">MODERÁTORKA: </w:t>
      </w:r>
      <w:r>
        <w:t>Vyše tisíc – to je krásne číslo. Ale povedzte: keď ste začínali s koučovacou školou, aký bol váš prvotný zámer, o čo vám v prvom rade šlo?</w:t>
      </w:r>
    </w:p>
    <w:p>
      <w:pPr>
        <w:spacing w:after="160"/>
      </w:pPr>
      <w:r>
        <w:rPr>
          <w:color w:val="888888"/>
          <w:sz w:val="18"/>
        </w:rPr>
        <w:t xml:space="preserve">[00:07:15] </w:t>
      </w:r>
      <w:r>
        <w:rPr>
          <w:b/>
        </w:rPr>
        <w:t xml:space="preserve">DENISA: </w:t>
      </w:r>
      <w:r>
        <w:t>Chceli sme urobiť kvalitné vzdelávanie v koučovaní dostupným na Slovensku, v slovenskom jazyku.</w:t>
      </w:r>
    </w:p>
    <w:p>
      <w:pPr>
        <w:spacing w:after="160"/>
      </w:pPr>
      <w:r>
        <w:rPr>
          <w:color w:val="888888"/>
          <w:sz w:val="18"/>
        </w:rPr>
        <w:t xml:space="preserve">[00:07:25] </w:t>
      </w:r>
      <w:r>
        <w:rPr>
          <w:b/>
        </w:rPr>
        <w:t xml:space="preserve">ZUZANA: </w:t>
      </w:r>
      <w:r>
        <w:t>A chceli sme aj šíriť tú myšlienku takého rozhovoru, ktorý rešpektuje dôstojnosť toho druhého – toho partnerského koučovania. Lebo pod tým slovom koučovanie sa dá rozumieť všeličo a všeličo sa pod tým názvom predáva; a my sme chceli šíriť práve tú myšlienku partnerského, fandiaceho a objavného rozhovoru.</w:t>
      </w:r>
    </w:p>
    <w:p>
      <w:pPr>
        <w:spacing w:after="160"/>
      </w:pPr>
      <w:r>
        <w:rPr>
          <w:color w:val="888888"/>
          <w:sz w:val="18"/>
        </w:rPr>
        <w:t xml:space="preserve">[00:07:57] </w:t>
      </w:r>
      <w:r>
        <w:rPr>
          <w:b/>
        </w:rPr>
        <w:t xml:space="preserve">DENISA: </w:t>
      </w:r>
      <w:r>
        <w:t>A chceli sme, aby sa ľudia začali takto rozprávať – aj bežní ľudia, nielen manažéri, ale ľudia vo všetkých profesiách; aby sa začali navzájom počúvať, rešpektovať a rozprávať takýmto spôsobom a aby sa to stalo súčasťou komunikácie. To bol náš zámer – a stále je.</w:t>
      </w:r>
    </w:p>
    <w:p>
      <w:pPr>
        <w:spacing w:after="160"/>
      </w:pPr>
      <w:r>
        <w:rPr>
          <w:color w:val="888888"/>
          <w:sz w:val="18"/>
        </w:rPr>
        <w:t xml:space="preserve">[00:08:15] </w:t>
      </w:r>
      <w:r>
        <w:rPr>
          <w:b/>
        </w:rPr>
        <w:t xml:space="preserve">MODERÁTORKA: </w:t>
      </w:r>
      <w:r>
        <w:t>Takže už premosťuješ k tomu, akú máte víziu do budúcna, aké sú vaše očakávania po týchto desiatich rokoch.</w:t>
      </w:r>
    </w:p>
    <w:p>
      <w:pPr>
        <w:spacing w:after="160"/>
      </w:pPr>
      <w:r>
        <w:rPr>
          <w:color w:val="888888"/>
          <w:sz w:val="18"/>
        </w:rPr>
        <w:t xml:space="preserve">[00:08:25] </w:t>
      </w:r>
      <w:r>
        <w:rPr>
          <w:b/>
        </w:rPr>
        <w:t xml:space="preserve">ZUZANA: </w:t>
      </w:r>
      <w:r>
        <w:t>Stále sa to, samozrejme, rozširuje, ale naše vízie ostali také, ako boli pôvodne. My sme si hovorili, že by bolo fajn, keby bolo koučovanie také bežné, ako sa učia prezentačné zručnosti – že v každej väčšej firme ľudia, ktorí sú v referentských a manažérskych pozíciách, prejdú kurzom prezentačných zručností.</w:t>
      </w:r>
    </w:p>
    <w:p>
      <w:pPr>
        <w:spacing w:after="160"/>
      </w:pPr>
      <w:r>
        <w:rPr>
          <w:color w:val="888888"/>
          <w:sz w:val="18"/>
        </w:rPr>
        <w:t xml:space="preserve">[00:09:01] </w:t>
      </w:r>
      <w:r>
        <w:rPr>
          <w:b/>
        </w:rPr>
        <w:t xml:space="preserve">DENISA: </w:t>
      </w:r>
      <w:r>
        <w:t>A že to koučovanie by malo byť takou istou samozrejmosťou ako tie prezentačné zručnosti. Vo firmách, ale kľudne aj v školstve – tam už takisto chodia riaditelia škôl, aj z ministerstva tu boli nejakí ľudia, aby sa to začalo používať aj v školách, a takisto aj v iných rezortoch. Máme veľmi odvážnu víziu, že niekedy možno aj v zdravotníctve – to je ešte beh na dlhú trať.</w:t>
      </w:r>
    </w:p>
    <w:p>
      <w:pPr>
        <w:spacing w:after="160"/>
      </w:pPr>
      <w:r>
        <w:rPr>
          <w:color w:val="888888"/>
          <w:sz w:val="18"/>
        </w:rPr>
        <w:t xml:space="preserve">[00:09:35] </w:t>
      </w:r>
      <w:r>
        <w:rPr>
          <w:b/>
        </w:rPr>
        <w:t xml:space="preserve">ZUZANA: </w:t>
      </w:r>
      <w:r>
        <w:t>Takže nielen v korporáciách, ale aj v ostatných profesiách – chodia aj právnici do výcvikov. Všetky možné profesie.</w:t>
      </w:r>
    </w:p>
    <w:p>
      <w:pPr>
        <w:spacing w:after="160"/>
      </w:pPr>
      <w:r>
        <w:rPr>
          <w:color w:val="888888"/>
          <w:sz w:val="18"/>
        </w:rPr>
        <w:t xml:space="preserve">[00:09:45] </w:t>
      </w:r>
      <w:r>
        <w:rPr>
          <w:b/>
        </w:rPr>
        <w:t xml:space="preserve">MODERÁTORKA: </w:t>
      </w:r>
      <w:r>
        <w:t>Zaujímalo by ma, aké sú vlastne profesie ľudí, ktorí sa k vám na koučing hlásia. Nie sú to len manažéri, predpokladám?</w:t>
      </w:r>
    </w:p>
    <w:p>
      <w:pPr>
        <w:spacing w:after="160"/>
      </w:pPr>
      <w:r>
        <w:rPr>
          <w:color w:val="888888"/>
          <w:sz w:val="18"/>
        </w:rPr>
        <w:t xml:space="preserve">[00:09:55] </w:t>
      </w:r>
      <w:r>
        <w:rPr>
          <w:b/>
        </w:rPr>
        <w:t xml:space="preserve">DENISA: </w:t>
      </w:r>
      <w:r>
        <w:t>Nie, nie. Manažéri sú najväčšia skupina ľudí. Potom sú psychológovia, terapeuti – to je taká druhá početná skupina. Potom sú soft skills tréneri.</w:t>
      </w:r>
    </w:p>
    <w:p>
      <w:pPr>
        <w:spacing w:after="160"/>
      </w:pPr>
      <w:r>
        <w:rPr>
          <w:color w:val="888888"/>
          <w:sz w:val="18"/>
        </w:rPr>
        <w:t xml:space="preserve">[00:10:11] </w:t>
      </w:r>
      <w:r>
        <w:rPr>
          <w:b/>
        </w:rPr>
        <w:t xml:space="preserve">ZUZANA: </w:t>
      </w:r>
      <w:r>
        <w:t>No a potom sú všetky ostatné profesie. Najčastejšie z tých ostatných sú právnici, napríklad rodinní právnici; alebo sme tu mali ľudí z médií, moderátorov, aj speváčku.</w:t>
      </w:r>
    </w:p>
    <w:p>
      <w:pPr>
        <w:spacing w:after="160"/>
      </w:pPr>
      <w:r>
        <w:rPr>
          <w:color w:val="888888"/>
          <w:sz w:val="18"/>
        </w:rPr>
        <w:t xml:space="preserve">[00:10:31] </w:t>
      </w:r>
      <w:r>
        <w:rPr>
          <w:b/>
        </w:rPr>
        <w:t xml:space="preserve">DENISA: </w:t>
      </w:r>
      <w:r>
        <w:t>Čo ešte také profesie boli? Aj z politiky nejakí ľudia, veľa lekárov.</w:t>
      </w:r>
    </w:p>
    <w:p>
      <w:pPr>
        <w:spacing w:after="160"/>
      </w:pPr>
      <w:r>
        <w:rPr>
          <w:color w:val="888888"/>
          <w:sz w:val="18"/>
        </w:rPr>
        <w:t xml:space="preserve">[00:10:40] </w:t>
      </w:r>
      <w:r>
        <w:rPr>
          <w:b/>
        </w:rPr>
        <w:t xml:space="preserve">MODERÁTORKA: </w:t>
      </w:r>
      <w:r>
        <w:t>Keď k vám títo rôznorodí ľudia prídu – s akými očakávaniami prichádzajú? Čo od vás vlastne chcú?</w:t>
      </w:r>
    </w:p>
    <w:p>
      <w:pPr>
        <w:spacing w:after="160"/>
      </w:pPr>
      <w:r>
        <w:rPr>
          <w:color w:val="888888"/>
          <w:sz w:val="18"/>
        </w:rPr>
        <w:t xml:space="preserve">[00:10:54] </w:t>
      </w:r>
      <w:r>
        <w:rPr>
          <w:b/>
        </w:rPr>
        <w:t xml:space="preserve">ZUZANA: </w:t>
      </w:r>
      <w:r>
        <w:t>Niektorí prichádzajú, pretože si chcú k svojej konzultačnej alebo poradenskej činnosti pridať koučovanie. Dajú klientovi poradenstvo – ja neviem, výživové poradenstvo, ohľadom zdravého životného štýlu alebo finančné poradenstvo – poskytnú mu svoju expertízu a potom chcú vedieť s tým človekom viesť rozhovor o tom, ako tú expertízu vo svojom živote použije. Pretože koučovací rozhovor je dobrý na to, že človek má všetky informácie, ktoré potrebuje, a urobí svoje osobné rozhodnutia na tú tému.</w:t>
      </w:r>
    </w:p>
    <w:p>
      <w:pPr>
        <w:spacing w:after="160"/>
      </w:pPr>
      <w:r>
        <w:rPr>
          <w:color w:val="888888"/>
          <w:sz w:val="18"/>
        </w:rPr>
        <w:t xml:space="preserve">[00:11:42] </w:t>
      </w:r>
      <w:r>
        <w:rPr>
          <w:b/>
        </w:rPr>
        <w:t xml:space="preserve">DENISA: </w:t>
      </w:r>
      <w:r>
        <w:t>A ešte sem chodia športovci – hokejisti z reprezentácie, futbalisti, hádzanárska reprezentantka, lyžiarka. Rôzni športovci, ktorí chcú koučovať svoje tímy a robiť im mentálny koučing alebo viesť individuality.</w:t>
      </w:r>
    </w:p>
    <w:p>
      <w:pPr>
        <w:spacing w:after="160"/>
      </w:pPr>
      <w:r>
        <w:rPr>
          <w:color w:val="888888"/>
          <w:sz w:val="18"/>
        </w:rPr>
        <w:t xml:space="preserve">[00:12:10] </w:t>
      </w:r>
      <w:r>
        <w:rPr>
          <w:b/>
        </w:rPr>
        <w:t xml:space="preserve">ZUZANA: </w:t>
      </w:r>
      <w:r>
        <w:t>A ich zámerom je, aby tí ľudia nachádzali svoje vlastné cesty – aby ich nemuseli viesť len tým drilom.</w:t>
      </w:r>
    </w:p>
    <w:p>
      <w:pPr>
        <w:spacing w:after="160"/>
      </w:pPr>
      <w:r>
        <w:rPr>
          <w:color w:val="888888"/>
          <w:sz w:val="18"/>
        </w:rPr>
        <w:t xml:space="preserve">[00:12:26] </w:t>
      </w:r>
      <w:r>
        <w:rPr>
          <w:b/>
        </w:rPr>
        <w:t xml:space="preserve">MODERÁTORKA: </w:t>
      </w:r>
      <w:r>
        <w:t>Úžasné. A keď sem tí klienti prídu z rôznych profesií a vy ich sledujete v priamom prenose počas výcviku – na čo počas toho výcviku prichádzajú? Čo vám najčastejšie zvyknú hovoriť?</w:t>
      </w:r>
    </w:p>
    <w:p>
      <w:pPr>
        <w:spacing w:after="160"/>
      </w:pPr>
      <w:r>
        <w:rPr>
          <w:color w:val="888888"/>
          <w:sz w:val="18"/>
        </w:rPr>
        <w:t xml:space="preserve">[00:12:45] </w:t>
      </w:r>
      <w:r>
        <w:rPr>
          <w:b/>
        </w:rPr>
        <w:t xml:space="preserve">DENISA: </w:t>
      </w:r>
      <w:r>
        <w:t>Oni neprídu všetci s tým, že viem, čo je koučing, chcem sa to naučiť. Prídu aj s takým očakávaním, že sa chcú naučiť pracovať s takými otázkami, aby ľudia urobili, čo ja chcem. Niektorí prídu aj s týmto – tak im vysvetlíme, že to je na inom kontinente ako koučing.</w:t>
      </w:r>
    </w:p>
    <w:p>
      <w:pPr>
        <w:spacing w:after="160"/>
      </w:pPr>
      <w:r>
        <w:rPr>
          <w:color w:val="888888"/>
          <w:sz w:val="18"/>
        </w:rPr>
        <w:t xml:space="preserve">[00:13:00] </w:t>
      </w:r>
      <w:r>
        <w:rPr>
          <w:b/>
        </w:rPr>
        <w:t xml:space="preserve">ZUZANA: </w:t>
      </w:r>
      <w:r>
        <w:t>Alebo prídu s tým, že chcú robiť skôr mentorský rozhovor – a tým ľuďom v prvom module vysvetľujeme, aký je rozdiel medzi tými pomáhajúcimi profesiami, viac detailne. Takže niekedy majú aj takéto trošku skreslené očakávania. Ale mnohí zažili koučing a zapáčilo sa im, čo to s nimi urobilo – tak sa to chcú naučiť robiť, aby mohli viesť svojich podriadených alebo aby sa tým aj živili. A niektorí prídu aj s tým, že si chcú sami v sebe upratať – nechcú to robiť, ale chcú sa sami v sebe zorientovať, rozhodnúť sa o niečom väčšom, na čo nestačí hodina zamyslenia.</w:t>
      </w:r>
    </w:p>
    <w:p>
      <w:pPr>
        <w:spacing w:after="160"/>
      </w:pPr>
      <w:r>
        <w:rPr>
          <w:color w:val="888888"/>
          <w:sz w:val="18"/>
        </w:rPr>
        <w:t xml:space="preserve">[00:13:52] </w:t>
      </w:r>
      <w:r>
        <w:rPr>
          <w:b/>
        </w:rPr>
        <w:t xml:space="preserve">DENISA: </w:t>
      </w:r>
      <w:r>
        <w:t>Takže tak rôzne chodia.</w:t>
      </w:r>
    </w:p>
    <w:p>
      <w:pPr>
        <w:spacing w:after="160"/>
      </w:pPr>
      <w:r>
        <w:rPr>
          <w:color w:val="888888"/>
          <w:sz w:val="18"/>
        </w:rPr>
        <w:t xml:space="preserve">[00:13:56] </w:t>
      </w:r>
      <w:r>
        <w:rPr>
          <w:b/>
        </w:rPr>
        <w:t xml:space="preserve">MODERÁTORKA: </w:t>
      </w:r>
      <w:r>
        <w:t>Zuzka, a keď klient príde a celkom nemá jasno – vieš, aký je výstup, s čím od vás títo klienti väčšinou odchádzajú?</w:t>
      </w:r>
    </w:p>
    <w:p>
      <w:pPr>
        <w:spacing w:after="160"/>
      </w:pPr>
      <w:r>
        <w:rPr>
          <w:color w:val="888888"/>
          <w:sz w:val="18"/>
        </w:rPr>
        <w:t xml:space="preserve">[00:14:22] </w:t>
      </w:r>
      <w:r>
        <w:rPr>
          <w:b/>
        </w:rPr>
        <w:t xml:space="preserve">ZUZANA: </w:t>
      </w:r>
      <w:r>
        <w:t>Od nás odchádzajú po pol roku s tým, že vedia viesť koučovací rozhovor. Ten náš kurz nie je teoretický, je vyslovene praktický: my niečo vysvetlíme, ukážeme, ľudia si vyskúšajú.</w:t>
      </w:r>
    </w:p>
    <w:p>
      <w:pPr>
        <w:spacing w:after="160"/>
      </w:pPr>
      <w:r>
        <w:rPr>
          <w:color w:val="888888"/>
          <w:sz w:val="18"/>
        </w:rPr>
        <w:t xml:space="preserve">[00:14:40] </w:t>
      </w:r>
      <w:r>
        <w:rPr>
          <w:b/>
        </w:rPr>
        <w:t xml:space="preserve">ZUZANA: </w:t>
      </w:r>
      <w:r>
        <w:t>A ešte späť k tvojej otázke, čo na nich pozorujeme. Väčšinou na manažéroch pozorujeme, že potrebujú nájsť v sebe disciplínu nerozmýšľať nad riešením za toho druhého človeka – to je pre nich veľmi náročné, pretože manažér je vždycky zodpovedný za všetko: počuje otázku a hneď produkuje riešenie. Keď tu máme zasa terapeutov, tak terapeut počúva človeka a hneď vidí diagnózu.</w:t>
      </w:r>
    </w:p>
    <w:p>
      <w:pPr>
        <w:spacing w:after="160"/>
      </w:pPr>
      <w:r>
        <w:rPr>
          <w:color w:val="888888"/>
          <w:sz w:val="18"/>
        </w:rPr>
        <w:t xml:space="preserve">[00:15:15] </w:t>
      </w:r>
      <w:r>
        <w:rPr>
          <w:b/>
        </w:rPr>
        <w:t xml:space="preserve">ZUZANA: </w:t>
      </w:r>
      <w:r>
        <w:t>Takže jedni si musia odvyknúť riešiť a druhí diagnostikovať – a jednoducho len počúvať. A čo si všímame na ľuďoch: často sú prekvapení, na čo si prídu.</w:t>
      </w:r>
    </w:p>
    <w:p>
      <w:pPr>
        <w:spacing w:after="160"/>
      </w:pPr>
      <w:r>
        <w:rPr>
          <w:color w:val="888888"/>
          <w:sz w:val="18"/>
        </w:rPr>
        <w:t xml:space="preserve">[00:15:30] </w:t>
      </w:r>
      <w:r>
        <w:rPr>
          <w:b/>
        </w:rPr>
        <w:t xml:space="preserve">DENISA: </w:t>
      </w:r>
      <w:r>
        <w:t>Prídu s tým, že sa potrebujú naučiť delegovať – a uvedomia si, že niečo úplne iné je ich dilema. Prídu s nejakým zadaním a keď im dávame otázky, tak zistia, že potrebujú premyslieť niečo úplne iné. Alebo sa rozhodnú – rozhodujú sa dva, tri roky o niečom a niekedy sa hodinu zamyslia a rozhodnú sa. A my pritom tým ľuďom nikdy nesľubujeme, že ich rozhodneme za hodinu; hovoríme len, že im urobíme viac jasno v tom premýšľaní.</w:t>
      </w:r>
    </w:p>
    <w:p>
      <w:pPr>
        <w:spacing w:after="160"/>
      </w:pPr>
      <w:r>
        <w:rPr>
          <w:color w:val="888888"/>
          <w:sz w:val="18"/>
        </w:rPr>
        <w:t xml:space="preserve">[00:16:12] </w:t>
      </w:r>
      <w:r>
        <w:rPr>
          <w:b/>
        </w:rPr>
        <w:t xml:space="preserve">ZUZANA: </w:t>
      </w:r>
      <w:r>
        <w:t>A nechávame to otvorené. A tým, že iba robíme jasno a nezaväzujeme sa k žiadnym rozhodnutiam ani to klientovi nesľubujeme, tak sa mu uvoľní myseľ; a tým, že si urobí jasno a nie je tam tá tenzia „musím sa rozhodnúť“, tak sa mu zrazu ukážu tie perspektívy – a on buď vie, k čomu viac inklinuje, alebo sa niekedy priamo aj rozhodne.</w:t>
      </w:r>
    </w:p>
    <w:p>
      <w:pPr>
        <w:spacing w:after="160"/>
      </w:pPr>
      <w:r>
        <w:rPr>
          <w:color w:val="888888"/>
          <w:sz w:val="18"/>
        </w:rPr>
        <w:t xml:space="preserve">[00:16:35] </w:t>
      </w:r>
      <w:r>
        <w:rPr>
          <w:b/>
        </w:rPr>
        <w:t xml:space="preserve">MODERÁTORKA: </w:t>
      </w:r>
      <w:r>
        <w:t>V tom je čaro a krása koučingu, že ukazuje tieto perspektívy. A keď vaši klienti, vaši študenti už odídu z kurzu a sú v praxi – zvyknú sa k vám vracať, posielať spätnú väzbu, radiť sa? Aký máte kontakt s absolventmi?</w:t>
      </w:r>
    </w:p>
    <w:p>
      <w:pPr>
        <w:spacing w:after="160"/>
      </w:pPr>
      <w:r>
        <w:rPr>
          <w:color w:val="888888"/>
          <w:sz w:val="18"/>
        </w:rPr>
        <w:t xml:space="preserve">[00:16:58] </w:t>
      </w:r>
      <w:r>
        <w:rPr>
          <w:b/>
        </w:rPr>
        <w:t xml:space="preserve">DENISA: </w:t>
      </w:r>
      <w:r>
        <w:t>Niektorí prichádzajú aj na ďalšie výcviky – lebo my nevedieme len základný kurz v koučovaní, ale aj sprevádzanie k medzinárodnej certifikácii, aj tie kurzy, ktoré sú potrebné na obnovovanie medzinárodných certifikácií.</w:t>
      </w:r>
    </w:p>
    <w:p>
      <w:pPr>
        <w:spacing w:after="160"/>
      </w:pPr>
      <w:r>
        <w:rPr>
          <w:color w:val="888888"/>
          <w:sz w:val="18"/>
        </w:rPr>
        <w:t xml:space="preserve">[00:17:16] </w:t>
      </w:r>
      <w:r>
        <w:rPr>
          <w:b/>
        </w:rPr>
        <w:t xml:space="preserve">ZUZANA: </w:t>
      </w:r>
      <w:r>
        <w:t>Aj pokročilé kurzy – keď niekto nechce ísť na medzinárodnú certifikáciu, len si zlepšuje svoje koučovacie zručnosti.</w:t>
      </w:r>
    </w:p>
    <w:p>
      <w:pPr>
        <w:spacing w:after="160"/>
      </w:pPr>
      <w:r>
        <w:rPr>
          <w:color w:val="888888"/>
          <w:sz w:val="18"/>
        </w:rPr>
        <w:t xml:space="preserve">[00:17:25] </w:t>
      </w:r>
      <w:r>
        <w:rPr>
          <w:b/>
        </w:rPr>
        <w:t xml:space="preserve">DENISA: </w:t>
      </w:r>
      <w:r>
        <w:t>Takže takto sa s nimi stretávame. A potom na kluboch koučov: organizujeme kluby koučov pre našich absolventov, kde môže prísť ktokoľvek a ľudia z rôznych kurzov sa môžu postretať, robiť nejaké aliancie alebo sa vzájomne koučovať, alebo si nájsť partnera na vzájomné koučovanie, aby nemuseli hľadať cudzieho kouča.</w:t>
      </w:r>
    </w:p>
    <w:p>
      <w:pPr>
        <w:spacing w:after="160"/>
      </w:pPr>
      <w:r>
        <w:rPr>
          <w:color w:val="888888"/>
          <w:sz w:val="18"/>
        </w:rPr>
        <w:t xml:space="preserve">[00:17:55] </w:t>
      </w:r>
      <w:r>
        <w:rPr>
          <w:b/>
        </w:rPr>
        <w:t xml:space="preserve">ZUZANA: </w:t>
      </w:r>
      <w:r>
        <w:t>Naším zámerom bolo vytvoriť také, v úvodzovkách, hniezdo pre ľudí – že sa budú môcť kedykoľvek vrátiť; nie že si urobia výcvik, odfajknuté a nič. Že sa môžu vrátiť, či už na mentoring, alebo len tak si prísť na kávičku cez tie klubíky, urobiť si networking, spájať sa na rôznych projektoch alebo participovať v pomáhajúcich projektoch, aby si zvyšovali prax. My sme stále tu, máme svoje priestory, nikde sa nechystáme sťahovať – ľudia vedia, že nás tu môžu nájsť.</w:t>
      </w:r>
    </w:p>
    <w:p>
      <w:pPr>
        <w:spacing w:after="160"/>
      </w:pPr>
      <w:r>
        <w:rPr>
          <w:color w:val="888888"/>
          <w:sz w:val="18"/>
        </w:rPr>
        <w:t xml:space="preserve">[00:18:27] </w:t>
      </w:r>
      <w:r>
        <w:rPr>
          <w:b/>
        </w:rPr>
        <w:t xml:space="preserve">MODERÁTORKA: </w:t>
      </w:r>
      <w:r>
        <w:t>Zjavne sa vám to veľmi dobre darí – sama som príkladom toho, že sem vždy rada prídem. Aj keď idem len okolo a vy tu nie ste, tak vždy aspoň zamávam; mám rada toto miesto, má to takú magickú atmosféru, to karloveské rameno.</w:t>
      </w:r>
    </w:p>
    <w:p>
      <w:pPr>
        <w:spacing w:after="160"/>
      </w:pPr>
      <w:r>
        <w:rPr>
          <w:color w:val="888888"/>
          <w:sz w:val="18"/>
        </w:rPr>
        <w:t xml:space="preserve">[00:18:45] </w:t>
      </w:r>
      <w:r>
        <w:rPr>
          <w:b/>
        </w:rPr>
        <w:t xml:space="preserve">MODERÁTORKA: </w:t>
      </w:r>
      <w:r>
        <w:t>A dievčatá, keď sa vaši klienti vracajú – čo vám zvyknú povedať v rámci spätnej väzby? Zafungovalo im to, čo sa tu naučili, v praxi?</w:t>
      </w:r>
    </w:p>
    <w:p>
      <w:pPr>
        <w:spacing w:after="160"/>
      </w:pPr>
      <w:r>
        <w:rPr>
          <w:color w:val="888888"/>
          <w:sz w:val="18"/>
        </w:rPr>
        <w:t xml:space="preserve">[00:19:02] </w:t>
      </w:r>
      <w:r>
        <w:rPr>
          <w:b/>
        </w:rPr>
        <w:t xml:space="preserve">DENISA: </w:t>
      </w:r>
      <w:r>
        <w:t>Medzi našimi absolventmi je veľa úspešných koučov, ktorí sú známi.</w:t>
      </w:r>
    </w:p>
    <w:p>
      <w:pPr>
        <w:spacing w:after="160"/>
      </w:pPr>
      <w:r>
        <w:rPr>
          <w:color w:val="888888"/>
          <w:sz w:val="18"/>
        </w:rPr>
        <w:t xml:space="preserve">[00:19:11] </w:t>
      </w:r>
      <w:r>
        <w:rPr>
          <w:b/>
        </w:rPr>
        <w:t xml:space="preserve">ZUZANA: </w:t>
      </w:r>
      <w:r>
        <w:t>Povieme mená, nie?</w:t>
      </w:r>
    </w:p>
    <w:p>
      <w:pPr>
        <w:spacing w:after="160"/>
      </w:pPr>
      <w:r>
        <w:rPr>
          <w:color w:val="888888"/>
          <w:sz w:val="18"/>
        </w:rPr>
        <w:t xml:space="preserve">[00:19:13] </w:t>
      </w:r>
      <w:r>
        <w:rPr>
          <w:b/>
        </w:rPr>
        <w:t xml:space="preserve">DENISA: </w:t>
      </w:r>
      <w:r>
        <w:t>Napríklad Lemon Coaching – to je veľmi silná platforma koučov, aj psychológov a terapeutov; a hlavne vzniklo to vtedy, keď bola korona a psychológovia nestíhali a ľudia potrebovali veľmi pomoc. EduCoach vznikol tiež tuná.</w:t>
      </w:r>
    </w:p>
    <w:p>
      <w:pPr>
        <w:spacing w:after="160"/>
      </w:pPr>
      <w:r>
        <w:rPr>
          <w:color w:val="888888"/>
          <w:sz w:val="18"/>
        </w:rPr>
        <w:t xml:space="preserve">[00:19:33] </w:t>
      </w:r>
      <w:r>
        <w:rPr>
          <w:b/>
        </w:rPr>
        <w:t xml:space="preserve">ZUZANA: </w:t>
      </w:r>
      <w:r>
        <w:t>A to je o tom, ako pomôcť mládeži, učiteľom a manažmentu stredných škôl – veľmi úspešné dievčatá. A s mnohými takými, ktorí u nás končili aj pred deviatimi, ôsmimi rokmi, sme sa rozprávali v podcastoch a tam sme sa ich pýtali, či im ešte niečo z toho koučingu slúži.</w:t>
      </w:r>
    </w:p>
    <w:p>
      <w:pPr>
        <w:spacing w:after="160"/>
      </w:pPr>
      <w:r>
        <w:rPr>
          <w:color w:val="888888"/>
          <w:sz w:val="18"/>
        </w:rPr>
        <w:t xml:space="preserve">[00:19:53] </w:t>
      </w:r>
      <w:r>
        <w:rPr>
          <w:b/>
        </w:rPr>
        <w:t xml:space="preserve">DENISA: </w:t>
      </w:r>
      <w:r>
        <w:t>A veľmi úspešnú absolventku máme Anetu Vančovú, ktorá je už MCC kouč.</w:t>
      </w:r>
    </w:p>
    <w:p>
      <w:pPr>
        <w:spacing w:after="160"/>
      </w:pPr>
      <w:r>
        <w:rPr>
          <w:color w:val="888888"/>
          <w:sz w:val="18"/>
        </w:rPr>
        <w:t xml:space="preserve">[00:20:01] </w:t>
      </w:r>
      <w:r>
        <w:rPr>
          <w:b/>
        </w:rPr>
        <w:t xml:space="preserve">ZUZANA: </w:t>
      </w:r>
      <w:r>
        <w:t>A to je veľký unikát – máme absolventku s najvyššou formou medzinárodnej certifikácie, ktorá sa tiež chystá k nám do podcastu o mesiac.</w:t>
      </w:r>
    </w:p>
    <w:p>
      <w:pPr>
        <w:spacing w:after="160"/>
      </w:pPr>
      <w:r>
        <w:rPr>
          <w:color w:val="888888"/>
          <w:sz w:val="18"/>
        </w:rPr>
        <w:t xml:space="preserve">[00:20:11] </w:t>
      </w:r>
      <w:r>
        <w:rPr>
          <w:b/>
        </w:rPr>
        <w:t xml:space="preserve">MODERÁTORKA: </w:t>
      </w:r>
      <w:r>
        <w:t>Úžasné. Tak je k čomu blahoželať – za tých desať rokov je za vami vidno kus roboty, dievčatá, aj keď ste veľmi skromné a neradi hovoríte o svojich úspechoch. Ja sama som absolventkou vášho kurzu a viem, že ľudia sa sem k vám veľmi radi vracajú, chcú ďalší a ďalší kurz. Pretože tá atmosféra, ktorá tu vždy panovala, to bola atmosféra absolútneho prijatia, dôvery a taký láskyplný, súcitný prístup ku každému jednému človeku. A vy ste to tak profesionálne viedli, že z bodu A do bodu B všetko malo hlavu a pätu, zmysel, výstup. Všetci sme odchádzali nabití nielen vedomosťami, ale aj dobrými emóciami do ďalšieho života – veľa vecí sme si tu vyriešili sami vo vlastných životoch.</w:t>
      </w:r>
    </w:p>
    <w:p>
      <w:pPr>
        <w:spacing w:after="160"/>
      </w:pPr>
      <w:r>
        <w:rPr>
          <w:color w:val="888888"/>
          <w:sz w:val="18"/>
        </w:rPr>
        <w:t xml:space="preserve">[00:21:10] </w:t>
      </w:r>
      <w:r>
        <w:rPr>
          <w:b/>
        </w:rPr>
        <w:t xml:space="preserve">MODERÁTORKA: </w:t>
      </w:r>
      <w:r>
        <w:t>A dievčatá, v čom je ten secret? V čom je to tajomstvo, že vy to takto máte – nie že by ste tu prezrádzali nejakú tajnú ingredienciu, ale povedzte, čím to je, že je tu tak fajn?</w:t>
      </w:r>
    </w:p>
    <w:p>
      <w:pPr>
        <w:spacing w:after="160"/>
      </w:pPr>
      <w:r>
        <w:rPr>
          <w:color w:val="888888"/>
          <w:sz w:val="18"/>
        </w:rPr>
        <w:t xml:space="preserve">[00:21:25] </w:t>
      </w:r>
      <w:r>
        <w:rPr>
          <w:b/>
        </w:rPr>
        <w:t xml:space="preserve">ZUZANA: </w:t>
      </w:r>
      <w:r>
        <w:t>My nevieme, ako je to v iných školách – ale my si vážime ľudí. Ja by som povedala, že s veľkou úctou a rešpektom pristupujeme k tým ľuďom, ktorí sa k nám prišli učiť.</w:t>
      </w:r>
    </w:p>
    <w:p>
      <w:pPr>
        <w:spacing w:after="160"/>
      </w:pPr>
      <w:r>
        <w:rPr>
          <w:color w:val="888888"/>
          <w:sz w:val="18"/>
        </w:rPr>
        <w:t xml:space="preserve">[00:21:41] </w:t>
      </w:r>
      <w:r>
        <w:rPr>
          <w:b/>
        </w:rPr>
        <w:t xml:space="preserve">DENISA: </w:t>
      </w:r>
      <w:r>
        <w:t>Je to pre nás pocta, že k nám chodia vzdelaní, inteligentní ľudia a poctia nás tým, že sú ochotní sa od nás niečo naučiť.</w:t>
      </w:r>
    </w:p>
    <w:p>
      <w:pPr>
        <w:spacing w:after="160"/>
      </w:pPr>
      <w:r>
        <w:rPr>
          <w:color w:val="888888"/>
          <w:sz w:val="18"/>
        </w:rPr>
        <w:t xml:space="preserve">[00:21:50] </w:t>
      </w:r>
      <w:r>
        <w:rPr>
          <w:b/>
        </w:rPr>
        <w:t xml:space="preserve">MODERÁTORKA: </w:t>
      </w:r>
      <w:r>
        <w:t>Že pre vás je to pocta – to je cítiť. Tá láska k vašej profesii, k tomu, čo robíte – to sa nedá naučiť, podľa mňa to je vo vás, vo vašich osobnostiach. A je tá mágia medzi vami dvomi: ani raz ste si neskočili do reči za tých pár dní, čo som tu absolvovala; ste tak zladené, zohraté a dopĺňate sa, že to asi tak naozaj malo byť.</w:t>
      </w:r>
    </w:p>
    <w:p>
      <w:pPr>
        <w:spacing w:after="160"/>
      </w:pPr>
      <w:r>
        <w:rPr>
          <w:color w:val="888888"/>
          <w:sz w:val="18"/>
        </w:rPr>
        <w:t xml:space="preserve">[00:22:15] </w:t>
      </w:r>
      <w:r>
        <w:rPr>
          <w:b/>
        </w:rPr>
        <w:t xml:space="preserve">ZUZANA: </w:t>
      </w:r>
      <w:r>
        <w:t>My si akože skáčeme bežne do reči – vlastne od prvého dňa, ako robíme výcviky. Lebo my to vedieme takým koučovacím spôsobom: nemáme to tak, že máme nalinkovaný nejaký soft skillový tréning, ako to zvykne bývať, a že toto teraz povieme presne vtedy. My sme od prvého dňa išli tak akože live – mali sme nejaké oblasti, okruhy, ktoré sme každá vysvetľovali po svojom.</w:t>
      </w:r>
    </w:p>
    <w:p>
      <w:pPr>
        <w:spacing w:after="160"/>
      </w:pPr>
      <w:r>
        <w:rPr>
          <w:color w:val="888888"/>
          <w:sz w:val="18"/>
        </w:rPr>
        <w:t xml:space="preserve">[00:22:44] </w:t>
      </w:r>
      <w:r>
        <w:rPr>
          <w:b/>
        </w:rPr>
        <w:t xml:space="preserve">DENISA: </w:t>
      </w:r>
      <w:r>
        <w:t>My, samozrejme, máme ciele na každý deň, čo chceme naučiť.</w:t>
      </w:r>
    </w:p>
    <w:p>
      <w:pPr>
        <w:spacing w:after="160"/>
      </w:pPr>
      <w:r>
        <w:rPr>
          <w:color w:val="888888"/>
          <w:sz w:val="18"/>
        </w:rPr>
        <w:t xml:space="preserve">[00:22:48] </w:t>
      </w:r>
      <w:r>
        <w:rPr>
          <w:b/>
        </w:rPr>
        <w:t xml:space="preserve">ZUZANA: </w:t>
      </w:r>
      <w:r>
        <w:t>Áno. Ale vychádzame aj z toho, aké je tu zloženie ľudí, aká atmosféra – a podľa toho vplávame do tých cieľov. Nie je to tak, že máme cieľ a teraz ľudí napasujeme doň, ale z tej atmosféry vchádzame do našich cieľov. Je to opačné. Presne ako keď koučujeme človeka: nie je to tak, že mu chceme niečo dať a poradiť, ale čakáme, čo z neho vyjde – aká agenda, aké zadanie – a pracujeme s tým tak, aby sa naplnili jeho ciele a očakávania.</w:t>
      </w:r>
    </w:p>
    <w:p>
      <w:pPr>
        <w:spacing w:after="160"/>
      </w:pPr>
      <w:r>
        <w:rPr>
          <w:color w:val="888888"/>
          <w:sz w:val="18"/>
        </w:rPr>
        <w:t xml:space="preserve">[00:23:20] </w:t>
      </w:r>
      <w:r>
        <w:rPr>
          <w:b/>
        </w:rPr>
        <w:t xml:space="preserve">DENISA: </w:t>
      </w:r>
      <w:r>
        <w:t>Takže jednak si vážime tých ľudí a jednak ich aj máme radi – vytvoria sa nám také vzťahy, že potom ani nechceme, aby odišli. Na tom piatom module ani oni nechcú odísť: skončíme piaty modul a oni sedia a my že no… a domov nič.</w:t>
      </w:r>
    </w:p>
    <w:p>
      <w:pPr>
        <w:spacing w:after="160"/>
      </w:pPr>
      <w:r>
        <w:rPr>
          <w:color w:val="888888"/>
          <w:sz w:val="18"/>
        </w:rPr>
        <w:t xml:space="preserve">[00:23:40] </w:t>
      </w:r>
      <w:r>
        <w:rPr>
          <w:b/>
        </w:rPr>
        <w:t xml:space="preserve">ZUZANA: </w:t>
      </w:r>
      <w:r>
        <w:t>Lebo vieš, Deniska, ako sa hovorí – to už Goethe vravel – že najradšej sa učíme od tých, koho máme radi.</w:t>
      </w:r>
    </w:p>
    <w:p>
      <w:pPr>
        <w:spacing w:after="160"/>
      </w:pPr>
      <w:r>
        <w:rPr>
          <w:color w:val="888888"/>
          <w:sz w:val="18"/>
        </w:rPr>
        <w:t xml:space="preserve">[00:23:50] </w:t>
      </w:r>
      <w:r>
        <w:rPr>
          <w:b/>
        </w:rPr>
        <w:t xml:space="preserve">MODERÁTORKA: </w:t>
      </w:r>
      <w:r>
        <w:t>A to ja ako váš žiak môžem potvrdiť: my sme si tu hovorili, šepkali sme si, ako super, ako sme dobre urobili. Keby som to mala povedať ako režisér alebo divadelník, tak by som túto vašu koučovaciu školu prirovnala k tomu, že som sa tu vždy cítila ako v top áčkovom filme, ako v produkcii najvyššieho levelu. Keď som sa na to pozerala očami kamery a pozerala som na tých ľudí – keby tu šla kamera, aká dobrá emócia by z toho bola, akú silnú výpovednú hodnotu by to malo. A nielen tá emócia, ale aj vedomosť – celá tá vaša produkcia, dievčatá.</w:t>
      </w:r>
    </w:p>
    <w:p>
      <w:pPr>
        <w:spacing w:after="160"/>
      </w:pPr>
      <w:r>
        <w:rPr>
          <w:color w:val="888888"/>
          <w:sz w:val="18"/>
        </w:rPr>
        <w:t xml:space="preserve">[00:24:28] </w:t>
      </w:r>
      <w:r>
        <w:rPr>
          <w:b/>
        </w:rPr>
        <w:t xml:space="preserve">DENISA: </w:t>
      </w:r>
      <w:r>
        <w:t>Teraz rozmýšľam, že my sme hodne prítomné v tom procese – nejdeme podľa úplne presne nalinajkovaných vecí, ale sme v tej atmosfére zainvolvované.</w:t>
      </w:r>
    </w:p>
    <w:p>
      <w:pPr>
        <w:spacing w:after="160"/>
      </w:pPr>
      <w:r>
        <w:rPr>
          <w:color w:val="888888"/>
          <w:sz w:val="18"/>
        </w:rPr>
        <w:t xml:space="preserve">[00:24:44] </w:t>
      </w:r>
      <w:r>
        <w:rPr>
          <w:b/>
        </w:rPr>
        <w:t xml:space="preserve">ZUZANA: </w:t>
      </w:r>
      <w:r>
        <w:t>A stále je to pre nás zážitok, stále vnímame tých ľudí, stále prídu nejakí iní ľudia. A je tam život v tom celom, čo sa deje. A preto nás to aj baví – keď stokrát urobíš jednu vec, tak môže byť sto rôznych variantov, pokiaľ si naladená na tú atmosféru a na tých ľudí, a nie na svoje know-how, ktoré chceš ľuďom odprednášať; lebo vtedy to môže byť nuda.</w:t>
      </w:r>
    </w:p>
    <w:p>
      <w:pPr>
        <w:spacing w:after="160"/>
      </w:pPr>
      <w:r>
        <w:rPr>
          <w:color w:val="888888"/>
          <w:sz w:val="18"/>
        </w:rPr>
        <w:t xml:space="preserve">[00:25:08] </w:t>
      </w:r>
      <w:r>
        <w:rPr>
          <w:b/>
        </w:rPr>
        <w:t xml:space="preserve">MODERÁTORKA: </w:t>
      </w:r>
      <w:r>
        <w:t>Asi to bude tá ingrediencia. Viem, že koľkokrát si aj ty povedala, že máš zimomriavky – takže to musí byť živé; niečo neživé by zimomriavky nemalo.</w:t>
      </w:r>
    </w:p>
    <w:p>
      <w:pPr>
        <w:spacing w:after="160"/>
      </w:pPr>
      <w:r>
        <w:rPr>
          <w:color w:val="888888"/>
          <w:sz w:val="18"/>
        </w:rPr>
        <w:t xml:space="preserve">[00:25:20] </w:t>
      </w:r>
      <w:r>
        <w:rPr>
          <w:b/>
        </w:rPr>
        <w:t xml:space="preserve">DENISA: </w:t>
      </w:r>
      <w:r>
        <w:t>A má to aj tú dávku adrenalínu – lebo, samozrejme, všetky ukážky robíme naživo, všetko je originál, nič nie je pripravené, všetko môže skončiť akokoľvek. Máme niečo, čo nás drží – tú štruktúru výcviku, medzinárodne akreditovanú štruktúru – ale všetky tie veci, ktoré robíme, sú naživo pre tých ľudí, ktorí sú tam, a pre ich potreby. Takže aj keď to učíme už desať rokov, vždycky je to originál. Každý ten kurz je nanovo.</w:t>
      </w:r>
    </w:p>
    <w:p>
      <w:pPr>
        <w:spacing w:after="160"/>
      </w:pPr>
      <w:r>
        <w:rPr>
          <w:color w:val="888888"/>
          <w:sz w:val="18"/>
        </w:rPr>
        <w:t xml:space="preserve">[00:25:54] </w:t>
      </w:r>
      <w:r>
        <w:rPr>
          <w:b/>
        </w:rPr>
        <w:t xml:space="preserve">MODERÁTORKA: </w:t>
      </w:r>
      <w:r>
        <w:t>A ako ste sa prepracovali k podcastom? To by ma veľmi zaujímalo. Viem, že to teraz veľmi frčí, je to populárne; ľudia už nechcú čítať, chcú počúvať. Ako ste sa vôbec dostali k myšlienke, že urobíme podcasty?</w:t>
      </w:r>
    </w:p>
    <w:p>
      <w:pPr>
        <w:spacing w:after="160"/>
      </w:pPr>
      <w:r>
        <w:rPr>
          <w:color w:val="888888"/>
          <w:sz w:val="18"/>
        </w:rPr>
        <w:t xml:space="preserve">[00:26:15] </w:t>
      </w:r>
      <w:r>
        <w:rPr>
          <w:b/>
        </w:rPr>
        <w:t xml:space="preserve">ZUZANA: </w:t>
      </w:r>
      <w:r>
        <w:t>Ja si to presne pamätám: bola som vtedy v aute, šoférovala som a rozprávali sme sa o tom, čo dáme na tie sociálne siete. Lebo ja som bola trošku zúfalá z tých sociálnych sietí – že treba tam byť, treba tam niečo produkovať; už mi dochádzajú fotky, stále treba nejaké múdro produkovať. A hovorili sme, že by sme sa mohli pýtať našich absolventov, čo si myslia o tom výcviku, a dali by sme tam fotku a ten citát. A potom sme hovorili, že však to je také mŕtve – mohli by sme sa ich spýtať aj zvukovo. A potom: však by sme mohli spraviť podcasty. A vôbec nás nenapadlo urobiť audio podcasty, lebo my sme stále pracovali s tou fotkou.</w:t>
      </w:r>
    </w:p>
    <w:p>
      <w:pPr>
        <w:spacing w:after="160"/>
      </w:pPr>
      <w:r>
        <w:rPr>
          <w:color w:val="888888"/>
          <w:sz w:val="18"/>
        </w:rPr>
        <w:t xml:space="preserve">[00:26:59] </w:t>
      </w:r>
      <w:r>
        <w:rPr>
          <w:b/>
        </w:rPr>
        <w:t xml:space="preserve">DENISA: </w:t>
      </w:r>
      <w:r>
        <w:t>A tak sme hneď vytvorili videopodcast.</w:t>
      </w:r>
    </w:p>
    <w:p>
      <w:pPr>
        <w:spacing w:after="160"/>
      </w:pPr>
      <w:r>
        <w:rPr>
          <w:color w:val="888888"/>
          <w:sz w:val="18"/>
        </w:rPr>
        <w:t xml:space="preserve">[00:27:02] </w:t>
      </w:r>
      <w:r>
        <w:rPr>
          <w:b/>
        </w:rPr>
        <w:t xml:space="preserve">MODERÁTORKA: </w:t>
      </w:r>
      <w:r>
        <w:t>A ako na to ľudia zareagovali, keď ste ich oslovili?</w:t>
      </w:r>
    </w:p>
    <w:p>
      <w:pPr>
        <w:spacing w:after="160"/>
      </w:pPr>
      <w:r>
        <w:rPr>
          <w:color w:val="888888"/>
          <w:sz w:val="18"/>
        </w:rPr>
        <w:t xml:space="preserve">[00:27:06] </w:t>
      </w:r>
      <w:r>
        <w:rPr>
          <w:b/>
        </w:rPr>
        <w:t xml:space="preserve">ZUZANA: </w:t>
      </w:r>
      <w:r>
        <w:t>Sú zlatí, sú motivovaní prísť, chcú sa s nami porozprávať, dobre sa tu cítili – takže s týmto vôbec nemáme problém. My ich radi vidíme, oni radi vidia nás. A my sa stále ešte učíme, veľa sa učíme, čo sa môžeme opýtať. Ale hlavne to nerobíme umelo, podľa nejakých silabov, ale prirodzene.</w:t>
      </w:r>
    </w:p>
    <w:p>
      <w:pPr>
        <w:spacing w:after="160"/>
      </w:pPr>
      <w:r>
        <w:rPr>
          <w:color w:val="888888"/>
          <w:sz w:val="18"/>
        </w:rPr>
        <w:t xml:space="preserve">[00:27:36] </w:t>
      </w:r>
      <w:r>
        <w:rPr>
          <w:b/>
        </w:rPr>
        <w:t xml:space="preserve">DENISA: </w:t>
      </w:r>
      <w:r>
        <w:t>Ale tak, čo prinesie tá kávička. My sme si povedali, že ten podcast budeme robiť tak, že sa budeme s tým človekom rozprávať normálne – a ten, kto ten podcast počúva, ako keby sedel v kaviarni pri vedľajšom stole a čakal na niekoho svojho a tak mimochodom by si vypočul taký súkromný rozhovor tých, čo sa tam rozprávajú.</w:t>
      </w:r>
    </w:p>
    <w:p>
      <w:pPr>
        <w:spacing w:after="160"/>
      </w:pPr>
      <w:r>
        <w:rPr>
          <w:color w:val="888888"/>
          <w:sz w:val="18"/>
        </w:rPr>
        <w:t xml:space="preserve">[00:28:02] </w:t>
      </w:r>
      <w:r>
        <w:rPr>
          <w:b/>
        </w:rPr>
        <w:t xml:space="preserve">ZUZANA: </w:t>
      </w:r>
      <w:r>
        <w:t>Nemáme to nejako moderátorsky zvládnuté a ani sa až veľmi nesnažíme zdokonaľovať – priveľa dokonalosti môže priniesť takú umelosť.</w:t>
      </w:r>
    </w:p>
    <w:p>
      <w:pPr>
        <w:spacing w:after="160"/>
      </w:pPr>
      <w:r>
        <w:rPr>
          <w:color w:val="888888"/>
          <w:sz w:val="18"/>
        </w:rPr>
        <w:t xml:space="preserve">[00:28:19] </w:t>
      </w:r>
      <w:r>
        <w:rPr>
          <w:b/>
        </w:rPr>
        <w:t xml:space="preserve">DENISA: </w:t>
      </w:r>
      <w:r>
        <w:t>Takto sme aj v realite, ako sme tu – a trochu sa nám zdá, že by sme aj mali tak byť, aby sa ľudia nezľakli, keď prídu, že sú to iné osobnosti.</w:t>
      </w:r>
    </w:p>
    <w:p>
      <w:pPr>
        <w:spacing w:after="160"/>
      </w:pPr>
      <w:r>
        <w:rPr>
          <w:color w:val="888888"/>
          <w:sz w:val="18"/>
        </w:rPr>
        <w:t xml:space="preserve">[00:28:32] </w:t>
      </w:r>
      <w:r>
        <w:rPr>
          <w:b/>
        </w:rPr>
        <w:t xml:space="preserve">MODERÁTORKA: </w:t>
      </w:r>
      <w:r>
        <w:t>Práve naopak – veľmi príjemné. Ja som si ich vypočula všetky a myslím, že základ dobrého podcastu je, že ho začneš počúvať a aj ho dopočúvaš, nestopneš to. A ja som dopočúvala všetky a každý mi niečo dal. A vy ste už teraz aj na Spotify?</w:t>
      </w:r>
    </w:p>
    <w:p>
      <w:pPr>
        <w:spacing w:after="160"/>
      </w:pPr>
      <w:r>
        <w:rPr>
          <w:color w:val="888888"/>
          <w:sz w:val="18"/>
        </w:rPr>
        <w:t xml:space="preserve">[00:28:49] </w:t>
      </w:r>
      <w:r>
        <w:rPr>
          <w:b/>
        </w:rPr>
        <w:t xml:space="preserve">ZUZANA: </w:t>
      </w:r>
      <w:r>
        <w:t>Áno, už sme aj na Spotify, aj na Apple, aj na Google Podcast.</w:t>
      </w:r>
    </w:p>
    <w:p>
      <w:pPr>
        <w:spacing w:after="160"/>
      </w:pPr>
      <w:r>
        <w:rPr>
          <w:color w:val="888888"/>
          <w:sz w:val="18"/>
        </w:rPr>
        <w:t xml:space="preserve">[00:28:55] </w:t>
      </w:r>
      <w:r>
        <w:rPr>
          <w:b/>
        </w:rPr>
        <w:t xml:space="preserve">DENISA: </w:t>
      </w:r>
      <w:r>
        <w:t>A na YouTube je nás aj vidno.</w:t>
      </w:r>
    </w:p>
    <w:p>
      <w:pPr>
        <w:spacing w:after="160"/>
      </w:pPr>
      <w:r>
        <w:rPr>
          <w:color w:val="888888"/>
          <w:sz w:val="18"/>
        </w:rPr>
        <w:t xml:space="preserve">[00:28:59] </w:t>
      </w:r>
      <w:r>
        <w:rPr>
          <w:b/>
        </w:rPr>
        <w:t xml:space="preserve">ZUZANA: </w:t>
      </w:r>
      <w:r>
        <w:t>No a trošku máme už aj materiál na sociálne siete – občas nejakú fotečku dáme. Lebo treba; toto je vlastne to, ako sa ľudia dozvedia o našej práci. Nedá sa to bez toho.</w:t>
      </w:r>
    </w:p>
    <w:p>
      <w:pPr>
        <w:spacing w:after="160"/>
      </w:pPr>
      <w:r>
        <w:rPr>
          <w:color w:val="888888"/>
          <w:sz w:val="18"/>
        </w:rPr>
        <w:t xml:space="preserve">[00:29:11] </w:t>
      </w:r>
      <w:r>
        <w:rPr>
          <w:b/>
        </w:rPr>
        <w:t xml:space="preserve">DENISA: </w:t>
      </w:r>
      <w:r>
        <w:t>Nevieme to inak urobiť, len takto.</w:t>
      </w:r>
    </w:p>
    <w:p>
      <w:pPr>
        <w:spacing w:after="160"/>
      </w:pPr>
      <w:r>
        <w:rPr>
          <w:color w:val="888888"/>
          <w:sz w:val="18"/>
        </w:rPr>
        <w:t xml:space="preserve">[00:29:13] </w:t>
      </w:r>
      <w:r>
        <w:rPr>
          <w:b/>
        </w:rPr>
        <w:t xml:space="preserve">MODERÁTORKA: </w:t>
      </w:r>
      <w:r>
        <w:t>A vy dve máte osobne nejaký obľúbený podcast? Počúvate nejaké?</w:t>
      </w:r>
    </w:p>
    <w:p>
      <w:pPr>
        <w:spacing w:after="160"/>
      </w:pPr>
      <w:r>
        <w:rPr>
          <w:color w:val="888888"/>
          <w:sz w:val="18"/>
        </w:rPr>
        <w:t xml:space="preserve">[00:29:21] </w:t>
      </w:r>
      <w:r>
        <w:rPr>
          <w:b/>
        </w:rPr>
        <w:t xml:space="preserve">ZUZANA: </w:t>
      </w:r>
      <w:r>
        <w:t>Hej. Ja počúvam Huberman Lab podcast – to je taký neurovedec zo Stanfordu, in English. A potom Lex Fridman, bývalý učiteľ na MIT, ktorý robí rozhovory hlavne s vedcami; teraz to za posledný rok rozšíril už nielen na vedcov, ale aj na iných známych ľudí. To sú moje dva najobľúbenejšie podcasty.</w:t>
      </w:r>
    </w:p>
    <w:p>
      <w:pPr>
        <w:spacing w:after="160"/>
      </w:pPr>
      <w:r>
        <w:rPr>
          <w:color w:val="888888"/>
          <w:sz w:val="18"/>
        </w:rPr>
        <w:t xml:space="preserve">[00:29:53] </w:t>
      </w:r>
      <w:r>
        <w:rPr>
          <w:b/>
        </w:rPr>
        <w:t xml:space="preserve">MODERÁTORKA: </w:t>
      </w:r>
      <w:r>
        <w:t>A to počúvaš v aute, keď šoféruješ, alebo keď pracuješ?</w:t>
      </w:r>
    </w:p>
    <w:p>
      <w:pPr>
        <w:spacing w:after="160"/>
      </w:pPr>
      <w:r>
        <w:rPr>
          <w:color w:val="888888"/>
          <w:sz w:val="18"/>
        </w:rPr>
        <w:t xml:space="preserve">[00:29:57] </w:t>
      </w:r>
      <w:r>
        <w:rPr>
          <w:b/>
        </w:rPr>
        <w:t xml:space="preserve">ZUZANA: </w:t>
      </w:r>
      <w:r>
        <w:t>Ja to pozerám na YouTube – sú to tiež videopodcasty. Väčšinou si to púšťam z YouTubu.</w:t>
      </w:r>
    </w:p>
    <w:p>
      <w:pPr>
        <w:spacing w:after="160"/>
      </w:pPr>
      <w:r>
        <w:rPr>
          <w:color w:val="888888"/>
          <w:sz w:val="18"/>
        </w:rPr>
        <w:t xml:space="preserve">[00:30:06] </w:t>
      </w:r>
      <w:r>
        <w:rPr>
          <w:b/>
        </w:rPr>
        <w:t xml:space="preserve">MODERÁTORKA: </w:t>
      </w:r>
      <w:r>
        <w:t>Dobre, tak ďakujem za tip, to si pozriem.</w:t>
      </w:r>
    </w:p>
    <w:p>
      <w:pPr>
        <w:spacing w:after="160"/>
      </w:pPr>
      <w:r>
        <w:rPr>
          <w:color w:val="888888"/>
          <w:sz w:val="18"/>
        </w:rPr>
        <w:t xml:space="preserve">[00:30:10] </w:t>
      </w:r>
      <w:r>
        <w:rPr>
          <w:b/>
        </w:rPr>
        <w:t xml:space="preserve">ZUZANA: </w:t>
      </w:r>
      <w:r>
        <w:t>Odporúčam.</w:t>
      </w:r>
    </w:p>
    <w:p>
      <w:pPr>
        <w:spacing w:after="160"/>
      </w:pPr>
      <w:r>
        <w:rPr>
          <w:color w:val="888888"/>
          <w:sz w:val="18"/>
        </w:rPr>
        <w:t xml:space="preserve">[00:30:12] </w:t>
      </w:r>
      <w:r>
        <w:rPr>
          <w:b/>
        </w:rPr>
        <w:t xml:space="preserve">DENISA: </w:t>
      </w:r>
      <w:r>
        <w:t>Ale on má také trojhodinové rozhovory – a Zuzka aj tak chcela, aby sme sa rozprávali s tými ľuďmi dlho, dokiaľ sa dá. Len sa nám to začalo zvrhávať, že sme už potom nestíhali nič iné. Takže sme si dali, že hodinu sa porozprávame, čo prinesie chvíľa, a potom to zastavíme. Aj mne sa zdalo, že to je dlho – kto by to tak veľa počúval.</w:t>
      </w:r>
    </w:p>
    <w:p>
      <w:pPr>
        <w:spacing w:after="160"/>
      </w:pPr>
      <w:r>
        <w:rPr>
          <w:color w:val="888888"/>
          <w:sz w:val="18"/>
        </w:rPr>
        <w:t xml:space="preserve">[00:30:37] </w:t>
      </w:r>
      <w:r>
        <w:rPr>
          <w:b/>
        </w:rPr>
        <w:t xml:space="preserve">ZUZANA: </w:t>
      </w:r>
      <w:r>
        <w:t>Hodina je také zlaté optimum.</w:t>
      </w:r>
    </w:p>
    <w:p>
      <w:pPr>
        <w:spacing w:after="160"/>
      </w:pPr>
      <w:r>
        <w:rPr>
          <w:color w:val="888888"/>
          <w:sz w:val="18"/>
        </w:rPr>
        <w:t xml:space="preserve">[00:30:41] </w:t>
      </w:r>
      <w:r>
        <w:rPr>
          <w:b/>
        </w:rPr>
        <w:t xml:space="preserve">MODERÁTORKA: </w:t>
      </w:r>
      <w:r>
        <w:t>Takže ty zatiaľ nepočúvaš nejaké svoje?</w:t>
      </w:r>
    </w:p>
    <w:p>
      <w:pPr>
        <w:spacing w:after="160"/>
      </w:pPr>
      <w:r>
        <w:rPr>
          <w:color w:val="888888"/>
          <w:sz w:val="18"/>
        </w:rPr>
        <w:t xml:space="preserve">[00:30:43] </w:t>
      </w:r>
      <w:r>
        <w:rPr>
          <w:b/>
        </w:rPr>
        <w:t xml:space="preserve">DENISA: </w:t>
      </w:r>
      <w:r>
        <w:t>Ja počúvam – teraz som skôr trošku prepadla audioknihám.</w:t>
      </w:r>
    </w:p>
    <w:p>
      <w:pPr>
        <w:spacing w:after="160"/>
      </w:pPr>
      <w:r>
        <w:rPr>
          <w:color w:val="888888"/>
          <w:sz w:val="18"/>
        </w:rPr>
        <w:t xml:space="preserve">[00:30:48] </w:t>
      </w:r>
      <w:r>
        <w:rPr>
          <w:b/>
        </w:rPr>
        <w:t xml:space="preserve">MODERÁTORKA: </w:t>
      </w:r>
      <w:r>
        <w:t>Vy už robíte perfektný koučing, učíte koučov, ako koučovať, napísali ste o tom knihu Koučovanie podľa pyramídy, ktorá je maximálne inšpiratívna a stále sa k nej dá vracať a čerpať z nej. A teraz ste túto krásnu knihu nechali preložiť do angličtiny. A to je veľká vec. Vy ste tak skromné, že to možno ani nedávate najavo – ale je to skvelé: konečne máme niečo múdre a osožné aj v angličtine, môžu si to prečítať aj v iných krajinách, nielen Slováci. A kedy bude krst tejto knihy?</w:t>
      </w:r>
    </w:p>
    <w:p>
      <w:pPr>
        <w:spacing w:after="160"/>
      </w:pPr>
      <w:r>
        <w:rPr>
          <w:color w:val="888888"/>
          <w:sz w:val="18"/>
        </w:rPr>
        <w:t xml:space="preserve">[00:31:32] </w:t>
      </w:r>
      <w:r>
        <w:rPr>
          <w:b/>
        </w:rPr>
        <w:t xml:space="preserve">ZUZANA: </w:t>
      </w:r>
      <w:r>
        <w:t>Bude 20. marca – a je možné, že ten krst ešte predbehne produkciu tohto podcastu.</w:t>
      </w:r>
    </w:p>
    <w:p>
      <w:pPr>
        <w:spacing w:after="160"/>
      </w:pPr>
      <w:r>
        <w:rPr>
          <w:color w:val="888888"/>
          <w:sz w:val="18"/>
        </w:rPr>
        <w:t xml:space="preserve">[00:31:38] </w:t>
      </w:r>
      <w:r>
        <w:rPr>
          <w:b/>
        </w:rPr>
        <w:t xml:space="preserve">DENISA: </w:t>
      </w:r>
      <w:r>
        <w:t>Snažíme sa. Dali sme to na Deň šťastia, 20. marca.</w:t>
      </w:r>
    </w:p>
    <w:p>
      <w:pPr>
        <w:spacing w:after="160"/>
      </w:pPr>
      <w:r>
        <w:rPr>
          <w:color w:val="888888"/>
          <w:sz w:val="18"/>
        </w:rPr>
        <w:t xml:space="preserve">[00:31:45] </w:t>
      </w:r>
      <w:r>
        <w:rPr>
          <w:b/>
        </w:rPr>
        <w:t xml:space="preserve">MODERÁTORKA: </w:t>
      </w:r>
      <w:r>
        <w:t>To je naozaj veľmi silné. Keď sme tu boli v máji, v júni – ako vychádzalo slniečko a my sme sedeli von na terase, pili sme tam kávu a počúvali tiché šumenie Dunaja a vtáčiky – tak to robilo celkom inú atmosféru, priam čarovnú. To karloveské rameno má veľkú silu a myslím si, že aj genius loci tohto miesta je ohromný.</w:t>
      </w:r>
    </w:p>
    <w:p>
      <w:pPr>
        <w:spacing w:after="160"/>
      </w:pPr>
      <w:r>
        <w:rPr>
          <w:color w:val="888888"/>
          <w:sz w:val="18"/>
        </w:rPr>
        <w:t xml:space="preserve">[00:32:15] </w:t>
      </w:r>
      <w:r>
        <w:rPr>
          <w:b/>
        </w:rPr>
        <w:t xml:space="preserve">ZUZANA: </w:t>
      </w:r>
      <w:r>
        <w:t>Ľudia sedávajú aj tu na tráve – vyjdú z terasy jeden schodík a sadnú si na deky. Dokonca sme už učili aj na tráve vonku.</w:t>
      </w:r>
    </w:p>
    <w:p>
      <w:pPr>
        <w:spacing w:after="160"/>
      </w:pPr>
      <w:r>
        <w:rPr>
          <w:color w:val="888888"/>
          <w:sz w:val="18"/>
        </w:rPr>
        <w:t xml:space="preserve">[00:32:25] </w:t>
      </w:r>
      <w:r>
        <w:rPr>
          <w:b/>
        </w:rPr>
        <w:t xml:space="preserve">MODERÁTORKA: </w:t>
      </w:r>
      <w:r>
        <w:t>Áno, aj my sme takto koučovali jeden druhého – boli sme rozmiestnení kade-tade až pri vode, na lavičkách, na trávičke, pri strome. A to je veľká pridaná hodnota, keď sem človek príde z iných kútov Slovenska aj sveta.</w:t>
      </w:r>
    </w:p>
    <w:p>
      <w:pPr>
        <w:spacing w:after="160"/>
      </w:pPr>
      <w:r>
        <w:rPr>
          <w:color w:val="888888"/>
          <w:sz w:val="18"/>
        </w:rPr>
        <w:t xml:space="preserve">[00:32:41] </w:t>
      </w:r>
      <w:r>
        <w:rPr>
          <w:b/>
        </w:rPr>
        <w:t xml:space="preserve">DENISA: </w:t>
      </w:r>
      <w:r>
        <w:t>Máme aj z Dubaja, z Luxemburska, Nemecka, Poľska. A keď prídu aj takíto ľudia, čo majú hory, Oravu, tak neveria, že sú v Bratislave, keď k nám prídu.</w:t>
      </w:r>
    </w:p>
    <w:p>
      <w:pPr>
        <w:spacing w:after="160"/>
      </w:pPr>
      <w:r>
        <w:rPr>
          <w:color w:val="888888"/>
          <w:sz w:val="18"/>
        </w:rPr>
        <w:t xml:space="preserve">[00:32:55] </w:t>
      </w:r>
      <w:r>
        <w:rPr>
          <w:b/>
        </w:rPr>
        <w:t xml:space="preserve">MODERÁTORKA: </w:t>
      </w:r>
      <w:r>
        <w:t>Naozaj ani ja neverím. Chodíme sa tu prechádzať, aj keď tu nie ste – so psíkom, na prechádzky; vyslovene tu pri vás zaparkujeme a prechádzame sa, lebo to miesto je magické, nádherné. A treba oceniť, že je to v centre Bratislavy.</w:t>
      </w:r>
    </w:p>
    <w:p>
      <w:pPr>
        <w:spacing w:after="160"/>
      </w:pPr>
      <w:r>
        <w:rPr>
          <w:color w:val="888888"/>
          <w:sz w:val="18"/>
        </w:rPr>
        <w:t xml:space="preserve">[00:33:08] </w:t>
      </w:r>
      <w:r>
        <w:rPr>
          <w:b/>
        </w:rPr>
        <w:t xml:space="preserve">ZUZANA: </w:t>
      </w:r>
      <w:r>
        <w:t>Je to len tri kilometre od hradu – a pritom to tu vyzerá ako na dovolenke. Lodenica a to mólo…</w:t>
      </w:r>
    </w:p>
    <w:p>
      <w:pPr>
        <w:spacing w:after="160"/>
      </w:pPr>
      <w:r>
        <w:rPr>
          <w:color w:val="888888"/>
          <w:sz w:val="18"/>
        </w:rPr>
        <w:t xml:space="preserve">[00:33:15] </w:t>
      </w:r>
      <w:r>
        <w:rPr>
          <w:b/>
        </w:rPr>
        <w:t xml:space="preserve">MODERÁTORKA: </w:t>
      </w:r>
      <w:r>
        <w:t>My sme tam ležali, opaľovali sme sa cez veľkú prestávku.</w:t>
      </w:r>
    </w:p>
    <w:p>
      <w:pPr>
        <w:spacing w:after="160"/>
      </w:pPr>
      <w:r>
        <w:rPr>
          <w:color w:val="888888"/>
          <w:sz w:val="18"/>
        </w:rPr>
        <w:t xml:space="preserve">[00:33:19] </w:t>
      </w:r>
      <w:r>
        <w:rPr>
          <w:b/>
        </w:rPr>
        <w:t xml:space="preserve">DENISA: </w:t>
      </w:r>
      <w:r>
        <w:t>A ľudia si tu dole zídu k Dunaju, a keď majú nejaké ťažšie témy na koučovanie, tak tá voda to akoby odplavuje – má to aj taký psychoterapeutický efekt popritom, ako si premýšľajú. A pre ľudí, ktorí sú viac emocionálne ladení, im hovoríme: choď si aj dole k vodičke popúšťať nejaké staré vzorce.</w:t>
      </w:r>
    </w:p>
    <w:p>
      <w:pPr>
        <w:spacing w:after="160"/>
      </w:pPr>
      <w:r>
        <w:rPr>
          <w:color w:val="888888"/>
          <w:sz w:val="18"/>
        </w:rPr>
        <w:t xml:space="preserve">[00:33:40] </w:t>
      </w:r>
      <w:r>
        <w:rPr>
          <w:b/>
        </w:rPr>
        <w:t xml:space="preserve">MODERÁTORKA: </w:t>
      </w:r>
      <w:r>
        <w:t>Krásne. Aby sme dodržali to, že sila slova – že nepovieš „nech to vezme čert“, ale „nech to vezme voda“.</w:t>
      </w:r>
    </w:p>
    <w:p>
      <w:pPr>
        <w:spacing w:after="160"/>
      </w:pPr>
      <w:r>
        <w:rPr>
          <w:color w:val="888888"/>
          <w:sz w:val="18"/>
        </w:rPr>
        <w:t xml:space="preserve">[00:33:50] </w:t>
      </w:r>
      <w:r>
        <w:rPr>
          <w:b/>
        </w:rPr>
        <w:t xml:space="preserve">MODERÁTORKA: </w:t>
      </w:r>
      <w:r>
        <w:t>Zuzka a Deniska, skúste opísať, čo to vlastne koučing je – a tiež by ma zaujímalo, aký druh koučingu vy učíte.</w:t>
      </w:r>
    </w:p>
    <w:p>
      <w:pPr>
        <w:spacing w:after="160"/>
      </w:pPr>
      <w:r>
        <w:rPr>
          <w:color w:val="888888"/>
          <w:sz w:val="18"/>
        </w:rPr>
        <w:t xml:space="preserve">[00:34:01] </w:t>
      </w:r>
      <w:r>
        <w:rPr>
          <w:b/>
        </w:rPr>
        <w:t xml:space="preserve">ZUZANA: </w:t>
      </w:r>
      <w:r>
        <w:t>Je náročné povedať to zrozumiteľne, krátko a jednoducho. Ale je to rozhovor – možno to je prvá vec: je to rozhovor, ktorý má pomáhať tomu, kto je koučovaný, aby si urobil jasno vo svojich hodnotách, prianiach, možnostiach a aby na konci toho rozhovoru prijal nejaké vykonateľné rozhodnutie. A koučing je tiež séria rozhovorov – ten koučovací proces trvá zvyčajne aspoň pol roka, aby bola zmena v živote viditeľná.</w:t>
      </w:r>
    </w:p>
    <w:p>
      <w:pPr>
        <w:spacing w:after="160"/>
      </w:pPr>
      <w:r>
        <w:rPr>
          <w:color w:val="888888"/>
          <w:sz w:val="18"/>
        </w:rPr>
        <w:t xml:space="preserve">[00:34:41] </w:t>
      </w:r>
      <w:r>
        <w:rPr>
          <w:b/>
        </w:rPr>
        <w:t xml:space="preserve">DENISA: </w:t>
      </w:r>
      <w:r>
        <w:t>Takže koučovací proces je séria rozhovorov, koučing je jeden rozhovor. A výsledkom toho rozhovoru má byť nejaké vykonateľné rozhodnutie.</w:t>
      </w:r>
    </w:p>
    <w:p>
      <w:pPr>
        <w:spacing w:after="160"/>
      </w:pPr>
      <w:r>
        <w:rPr>
          <w:color w:val="888888"/>
          <w:sz w:val="18"/>
        </w:rPr>
        <w:t xml:space="preserve">[00:34:53] </w:t>
      </w:r>
      <w:r>
        <w:rPr>
          <w:b/>
        </w:rPr>
        <w:t xml:space="preserve">ZUZANA: </w:t>
      </w:r>
      <w:r>
        <w:t>A ešte je dôležité povedať, kedy je koučovanie možné. My hľadáme s tým klientom také miesto, kde on má vplyv na tú situáciu, ktorú chce zmeniť alebo nejako ovplyvniť. Lebo buď meníme tú situáciu, ktorá je pre klienta neprijateľná, neúnosná alebo neželaná – alebo keď sa tá situácia zmeniť nedá, tak meníme postoj toho klienta k tej situácii.</w:t>
      </w:r>
    </w:p>
    <w:p>
      <w:pPr>
        <w:spacing w:after="160"/>
      </w:pPr>
      <w:r>
        <w:rPr>
          <w:color w:val="888888"/>
          <w:sz w:val="18"/>
        </w:rPr>
        <w:t xml:space="preserve">[00:35:24] </w:t>
      </w:r>
      <w:r>
        <w:rPr>
          <w:b/>
        </w:rPr>
        <w:t xml:space="preserve">DENISA: </w:t>
      </w:r>
      <w:r>
        <w:t>A vo výsledku ide o to, aby bol ten klient spokojnejší, ako keď k nám prišiel – a je jedno, či zmeníme situáciu, alebo jeho postoj. A na to, aby sme vedeli zistiť, či on má nejaký vplyv na tú situáciu, potrebujeme pátrať, hľadať, robiť v tom jasno. A keď zistíme, že má možnosť to ovplyvniť a je ochotný prevziať za to zodpovednosť – to znamená, že nebude v role obete – tak vtedy ho môžeme koučovať.</w:t>
      </w:r>
    </w:p>
    <w:p>
      <w:pPr>
        <w:spacing w:after="160"/>
      </w:pPr>
      <w:r>
        <w:rPr>
          <w:color w:val="888888"/>
          <w:sz w:val="18"/>
        </w:rPr>
        <w:t xml:space="preserve">[00:35:59] </w:t>
      </w:r>
      <w:r>
        <w:rPr>
          <w:b/>
        </w:rPr>
        <w:t xml:space="preserve">MODERÁTORKA: </w:t>
      </w:r>
      <w:r>
        <w:t>Rozumiem. A vedeli by ste čo najzrozumiteľnejšie povedať, čo to vlastne je transformačný koučing? Ako to vy vnímate, ako to učíte?</w:t>
      </w:r>
    </w:p>
    <w:p>
      <w:pPr>
        <w:spacing w:after="160"/>
      </w:pPr>
      <w:r>
        <w:rPr>
          <w:color w:val="888888"/>
          <w:sz w:val="18"/>
        </w:rPr>
        <w:t xml:space="preserve">[00:36:15] </w:t>
      </w:r>
      <w:r>
        <w:rPr>
          <w:b/>
        </w:rPr>
        <w:t xml:space="preserve">ZUZANA: </w:t>
      </w:r>
      <w:r>
        <w:t>Znie to tak veľkolepo – transformačný koučing. Je to taký koučing, ktorý sa nezaoberá len tým, ako sa dostať z bodu A do bodu B nejakou disciplínou, ale zaoberá sa hlavne tým: keď mám tento cieľ, kvôli čomu ho mám, čo je pre mňa dôležité na tom, aby som ho dosiahol? Je to skutočne môj cieľ – alebo je to taký cieľ, ktorý sa má dosahovať, lebo spoločnosť hovorí, že ľudia by mali robiť neviem čo?</w:t>
      </w:r>
    </w:p>
    <w:p>
      <w:pPr>
        <w:spacing w:after="160"/>
      </w:pPr>
      <w:r>
        <w:rPr>
          <w:color w:val="888888"/>
          <w:sz w:val="18"/>
        </w:rPr>
        <w:t xml:space="preserve">[00:36:48] </w:t>
      </w:r>
      <w:r>
        <w:rPr>
          <w:b/>
        </w:rPr>
        <w:t xml:space="preserve">DENISA: </w:t>
      </w:r>
      <w:r>
        <w:t>Že my s tým človekom pátrame po jeho vnútorných dôvodoch, prečo nejakým spôsobom žiť alebo za nejakým cieľom ísť. A keď si ujasní, že áno, je to pre mňa dôležité, je to niečo, čo ma nadchýna, za čím chcem ísť – tak vie z tohto poznania načerpať energiu na to, aby ten cieľ dosahoval. Lebo keď tam takéto niečo nie je, keď neviem, kvôli čomu, tak vtedy ani nemám moc sily.</w:t>
      </w:r>
    </w:p>
    <w:p>
      <w:pPr>
        <w:spacing w:after="160"/>
      </w:pPr>
      <w:r>
        <w:rPr>
          <w:color w:val="888888"/>
          <w:sz w:val="18"/>
        </w:rPr>
        <w:t xml:space="preserve">[00:37:25] </w:t>
      </w:r>
      <w:r>
        <w:rPr>
          <w:b/>
        </w:rPr>
        <w:t xml:space="preserve">ZUZANA: </w:t>
      </w:r>
      <w:r>
        <w:t>Sú rôzne formy, ako pracovať s koučovacími intervenciami s klientom. Sú také úplne jednoduché, bazálne formy: som v bode A a chcem sa dostať do bodu B, ako na to – a hľadáme spôsob, ako na to. Táto takzvaná behaviorálna forma, zameraná len na hľadanie spôsobov, ako to dosiahnuť…</w:t>
      </w:r>
    </w:p>
    <w:p>
      <w:pPr>
        <w:spacing w:after="160"/>
      </w:pPr>
      <w:r>
        <w:rPr>
          <w:color w:val="888888"/>
          <w:sz w:val="18"/>
        </w:rPr>
        <w:t xml:space="preserve">[00:37:55] </w:t>
      </w:r>
      <w:r>
        <w:rPr>
          <w:b/>
        </w:rPr>
        <w:t xml:space="preserve">DENISA: </w:t>
      </w:r>
      <w:r>
        <w:t>…alebo operatívny koučing sa tomu hovorí. To je veľmi jednoduchá operácia a to sa dá naučiť naozaj za pár dní – tam nie je potrebná žiadna práca s vnútornými, hlbokými motiváciami klienta. A v manažérskom prostredí je veľa práve takýchto operatívnych koučovaní. Ale to je úplne základná forma koučovania.</w:t>
      </w:r>
    </w:p>
    <w:p>
      <w:pPr>
        <w:spacing w:after="160"/>
      </w:pPr>
      <w:r>
        <w:rPr>
          <w:color w:val="888888"/>
          <w:sz w:val="18"/>
        </w:rPr>
        <w:t xml:space="preserve">[00:38:20] </w:t>
      </w:r>
      <w:r>
        <w:rPr>
          <w:b/>
        </w:rPr>
        <w:t xml:space="preserve">ZUZANA: </w:t>
      </w:r>
      <w:r>
        <w:t>A my učíme takú, že hľadáme, kvôli čomu sa vlastne on chce dostať do toho bodu B, čo to jemu prinesie, čo ho k tomu vedie, po čom túži, čo tým získa, na čo všetko to bude mať u neho dopad, ako sa zmení jeho život. A keď sa dotkneme tých vnútorných motivácií, tak hľadáme spôsob, ako na to. A tým, že vnútri v sebe načerpá palivo, získa zmysluplnosť toho svojho konania, tak sa mu to ľahšie vykoná – už to nie je postavené len na vôli.</w:t>
      </w:r>
    </w:p>
    <w:p>
      <w:pPr>
        <w:spacing w:after="160"/>
      </w:pPr>
      <w:r>
        <w:rPr>
          <w:color w:val="888888"/>
          <w:sz w:val="18"/>
        </w:rPr>
        <w:t xml:space="preserve">[00:39:04] </w:t>
      </w:r>
      <w:r>
        <w:rPr>
          <w:b/>
        </w:rPr>
        <w:t xml:space="preserve">ZUZANA: </w:t>
      </w:r>
      <w:r>
        <w:t>Že tak ja chcem začať cvičiť, tak musím a musím a musím – a ten človek sa po chvíli vyčerpá, lebo vôľa je zdroj, ktorý sa vyčerpá, pokiaľ nemá nejaké podhubie. Ale keď vieme, kvôli čomu sa nám to oplatí, aký je ten vyšší benefit dosiahnutia bodu B, tak sa nám to koná ľahšie a tá vôľa sa tak rýchlo neunaví.</w:t>
      </w:r>
    </w:p>
    <w:p>
      <w:pPr>
        <w:spacing w:after="160"/>
      </w:pPr>
      <w:r>
        <w:rPr>
          <w:color w:val="888888"/>
          <w:sz w:val="18"/>
        </w:rPr>
        <w:t xml:space="preserve">[00:39:30] </w:t>
      </w:r>
      <w:r>
        <w:rPr>
          <w:b/>
        </w:rPr>
        <w:t xml:space="preserve">DENISA: </w:t>
      </w:r>
      <w:r>
        <w:t>Stále potrebujeme vôľu na to, aby sme konali – ale načerpáme veľa paliva, keď si uvedomíme, kvôli čomu sa oplatí namáhať sa. Keď sa tá vôľa vyčerpáva, tak si spomenieme, kvôli čomu by sa nám to oplatilo, dobijeme si baterky a môžeme pokračovať na ceste.</w:t>
      </w:r>
    </w:p>
    <w:p>
      <w:pPr>
        <w:spacing w:after="160"/>
      </w:pPr>
      <w:r>
        <w:rPr>
          <w:color w:val="888888"/>
          <w:sz w:val="18"/>
        </w:rPr>
        <w:t xml:space="preserve">[00:39:50] </w:t>
      </w:r>
      <w:r>
        <w:rPr>
          <w:b/>
        </w:rPr>
        <w:t xml:space="preserve">ZUZANA: </w:t>
      </w:r>
      <w:r>
        <w:t>Čiže tá hlboká transformačná časť je o tom skúmaní vnútra: kto ja vlastne som, keď toto budem robiť, keď toto dosiahnem; aký je zmysel toho celého, s čím väčším som prepojený, čo možno mňa presahuje, do akého systému patrím; čo je na tom celom, čo chcem, najdôležitejšie – alebo na tom mojom bytí. A tam robíme veľa tej vnútornej práce. A potom tá vonkajšia práca, ktorú je vidieť, vyzerá tak jednoducho, keď toto vnútri preskúmame.</w:t>
      </w:r>
    </w:p>
    <w:p>
      <w:pPr>
        <w:spacing w:after="160"/>
      </w:pPr>
      <w:r>
        <w:rPr>
          <w:color w:val="888888"/>
          <w:sz w:val="18"/>
        </w:rPr>
        <w:t xml:space="preserve">[00:40:22] </w:t>
      </w:r>
      <w:r>
        <w:rPr>
          <w:b/>
        </w:rPr>
        <w:t xml:space="preserve">MODERÁTORKA: </w:t>
      </w:r>
      <w:r>
        <w:t>To je vlastne filozofia transformačného koučingu – rozdiel oproti operatívnemu.</w:t>
      </w:r>
    </w:p>
    <w:p>
      <w:pPr>
        <w:spacing w:after="160"/>
      </w:pPr>
      <w:r>
        <w:rPr>
          <w:color w:val="888888"/>
          <w:sz w:val="18"/>
        </w:rPr>
        <w:t xml:space="preserve">[00:40:28] </w:t>
      </w:r>
      <w:r>
        <w:rPr>
          <w:b/>
        </w:rPr>
        <w:t xml:space="preserve">DENISA: </w:t>
      </w:r>
      <w:r>
        <w:t>Lebo transformácia sa deje vnútri, nie navonok.</w:t>
      </w:r>
    </w:p>
    <w:p>
      <w:pPr>
        <w:spacing w:after="160"/>
      </w:pPr>
      <w:r>
        <w:rPr>
          <w:color w:val="888888"/>
          <w:sz w:val="18"/>
        </w:rPr>
        <w:t xml:space="preserve">[00:40:33] </w:t>
      </w:r>
      <w:r>
        <w:rPr>
          <w:b/>
        </w:rPr>
        <w:t xml:space="preserve">MODERÁTORKA: </w:t>
      </w:r>
      <w:r>
        <w:t>Krása. A dievčatá, aký je vlastne rozdiel medzi koučom, koučovaním a motivačným speakerom? Je tam nejaký rozdiel?</w:t>
      </w:r>
    </w:p>
    <w:p>
      <w:pPr>
        <w:spacing w:after="160"/>
      </w:pPr>
      <w:r>
        <w:rPr>
          <w:color w:val="888888"/>
          <w:sz w:val="18"/>
        </w:rPr>
        <w:t xml:space="preserve">[00:40:45] </w:t>
      </w:r>
      <w:r>
        <w:rPr>
          <w:b/>
        </w:rPr>
        <w:t xml:space="preserve">ZUZANA: </w:t>
      </w:r>
      <w:r>
        <w:t>Je tam rozdiel. Ako sme povedali, my hľadáme tú motiváciu pre každého vlastnú – a hľadáme ju v jeho vnútri, nedodávame ju zvonka. My fandíme svojmu klientovi, koučovanému; chceme, aby bol úspešný, aby sa dobre rozhodol, aby to zvládol – my sme fanúšikovia. Ale nie sme tí, ktorí mu zvonka dodávajú motiváciu, ani ho nelákame niečím, aby za nami išiel. My mu len pomáhame, aby si on sám vnútri pomenoval, čo je preňho dôležité, a aby potom išiel za svojimi cieľmi.</w:t>
      </w:r>
    </w:p>
    <w:p>
      <w:pPr>
        <w:spacing w:after="160"/>
      </w:pPr>
      <w:r>
        <w:rPr>
          <w:color w:val="888888"/>
          <w:sz w:val="18"/>
        </w:rPr>
        <w:t xml:space="preserve">[00:41:29] </w:t>
      </w:r>
      <w:r>
        <w:rPr>
          <w:b/>
        </w:rPr>
        <w:t xml:space="preserve">DENISA: </w:t>
      </w:r>
      <w:r>
        <w:t>Lebo keby sme ho takto motivovali zvonku – poď, dáš to – tak vlastne preberáme zaňho zodpovednosť a to „poď, dáš to“ by bol náš zámer. Ale my v koučovaní nemáme svoj vlastný zámer, kam sa ten človek má dostať. A ani nepreberáme zodpovednosť za to, či sa tam dostane. Naozaj len hľadáme zdroje jeho sily a s tými zdrojmi ho spojíme. Tam vzniká také uvedomenie, ktoré ho potom vedie v tom procese.</w:t>
      </w:r>
    </w:p>
    <w:p>
      <w:pPr>
        <w:spacing w:after="160"/>
      </w:pPr>
      <w:r>
        <w:rPr>
          <w:color w:val="888888"/>
          <w:sz w:val="18"/>
        </w:rPr>
        <w:t xml:space="preserve">[00:42:02] </w:t>
      </w:r>
      <w:r>
        <w:rPr>
          <w:b/>
        </w:rPr>
        <w:t xml:space="preserve">MODERÁTORKA: </w:t>
      </w:r>
      <w:r>
        <w:t>Ale vy dve tak na mňa pôsobíte – vy by ste pokojne mohli byť aj motivačné speakerky, keby ste sa tak postavili. Viem si to celkom dobre predstaviť.</w:t>
      </w:r>
    </w:p>
    <w:p>
      <w:pPr>
        <w:spacing w:after="160"/>
      </w:pPr>
      <w:r>
        <w:rPr>
          <w:color w:val="888888"/>
          <w:sz w:val="18"/>
        </w:rPr>
        <w:t xml:space="preserve">[00:42:12] </w:t>
      </w:r>
      <w:r>
        <w:rPr>
          <w:b/>
        </w:rPr>
        <w:t xml:space="preserve">ZUZANA: </w:t>
      </w:r>
      <w:r>
        <w:t>Veríme, že každý má v sebe svoje vlastné motivácie – my mu len pomáhame, sprevádzame ho pri ich nasledovaní.</w:t>
      </w:r>
    </w:p>
    <w:p>
      <w:pPr>
        <w:spacing w:after="160"/>
      </w:pPr>
      <w:r>
        <w:rPr>
          <w:color w:val="888888"/>
          <w:sz w:val="18"/>
        </w:rPr>
        <w:t xml:space="preserve">[00:42:19] </w:t>
      </w:r>
      <w:r>
        <w:rPr>
          <w:b/>
        </w:rPr>
        <w:t xml:space="preserve">MODERÁTORKA: </w:t>
      </w:r>
      <w:r>
        <w:t>Aké sú teda základné predpoklady toho, aby bol človek dobrým koučom? Čo to obnáša, čo to vyžaduje?</w:t>
      </w:r>
    </w:p>
    <w:p>
      <w:pPr>
        <w:spacing w:after="160"/>
      </w:pPr>
      <w:r>
        <w:rPr>
          <w:color w:val="888888"/>
          <w:sz w:val="18"/>
        </w:rPr>
        <w:t xml:space="preserve">[00:42:27] </w:t>
      </w:r>
      <w:r>
        <w:rPr>
          <w:b/>
        </w:rPr>
        <w:t xml:space="preserve">DENISA: </w:t>
      </w:r>
      <w:r>
        <w:t>Pokoru. Disciplínu. Byť schopný svoje dobré nápady neprezradiť, dať ich bokom – alebo teda v ideálnom prípade ich ani nedostávať, ale naozaj sledovať, čo je pre toho človeka dôležité.</w:t>
      </w:r>
    </w:p>
    <w:p>
      <w:pPr>
        <w:spacing w:after="160"/>
      </w:pPr>
      <w:r>
        <w:rPr>
          <w:color w:val="888888"/>
          <w:sz w:val="18"/>
        </w:rPr>
        <w:t xml:space="preserve">[00:42:47] </w:t>
      </w:r>
      <w:r>
        <w:rPr>
          <w:b/>
        </w:rPr>
        <w:t xml:space="preserve">ZUZANA: </w:t>
      </w:r>
      <w:r>
        <w:t>A prečo tie nápady podržať v sebe a nedať ich? Nie preto, že by sme mu to nechceli dopriať – ale keby sme mu tie naše nápady ponúkli, tak sa naňho povýšime: ja viem viac ako ty, ja viem, čo je pre teba dobré. A to my práve nerobíme.</w:t>
      </w:r>
    </w:p>
    <w:p>
      <w:pPr>
        <w:spacing w:after="160"/>
      </w:pPr>
      <w:r>
        <w:rPr>
          <w:color w:val="888888"/>
          <w:sz w:val="18"/>
        </w:rPr>
        <w:t xml:space="preserve">[00:43:04] </w:t>
      </w:r>
      <w:r>
        <w:rPr>
          <w:b/>
        </w:rPr>
        <w:t xml:space="preserve">DENISA: </w:t>
      </w:r>
      <w:r>
        <w:t>A to súvisí s tým, že koučovanie má iný cieľ ako poradenstvo. Za poradcom idem, keď sa v tej téme nevyznám a potrebujem poradiť. Ale za koučom idem, keď som v nejakej situácii, kde som plne kompetentný sa rozhodnúť, ale mám tam nejakú dilemu – etickú – alebo mám veľa expertných názorov, z ktorých si vyberám, alebo veľa vnútorných názorov na to, čo by mohlo byť pre mňa dobré.</w:t>
      </w:r>
    </w:p>
    <w:p>
      <w:pPr>
        <w:spacing w:after="160"/>
      </w:pPr>
      <w:r>
        <w:rPr>
          <w:color w:val="888888"/>
          <w:sz w:val="18"/>
        </w:rPr>
        <w:t xml:space="preserve">[00:43:32] </w:t>
      </w:r>
      <w:r>
        <w:rPr>
          <w:b/>
        </w:rPr>
        <w:t xml:space="preserve">ZUZANA: </w:t>
      </w:r>
      <w:r>
        <w:t>Alebo mám v sebe konflikt hodnôt: chcem byť aj v bezpečí, ale zároveň aj skúšať nové veci.</w:t>
      </w:r>
    </w:p>
    <w:p>
      <w:pPr>
        <w:spacing w:after="160"/>
      </w:pPr>
      <w:r>
        <w:rPr>
          <w:color w:val="888888"/>
          <w:sz w:val="18"/>
        </w:rPr>
        <w:t xml:space="preserve">[00:43:40] </w:t>
      </w:r>
      <w:r>
        <w:rPr>
          <w:b/>
        </w:rPr>
        <w:t xml:space="preserve">DENISA: </w:t>
      </w:r>
      <w:r>
        <w:t>Čiže poradenský rozhovor je o tom, že idem za expertom a spýtam sa ho o radu – a koučovací rozhovor je o tom, že mám v sebe vnútornú dilemu, stále ešte nie som rozhodnutý, ako mám konať, a potrebujem si urobiť jasno v sebe samom, a potom budem môcť konať.</w:t>
      </w:r>
    </w:p>
    <w:p>
      <w:pPr>
        <w:spacing w:after="160"/>
      </w:pPr>
      <w:r>
        <w:rPr>
          <w:color w:val="888888"/>
          <w:sz w:val="18"/>
        </w:rPr>
        <w:t xml:space="preserve">[00:43:58] </w:t>
      </w:r>
      <w:r>
        <w:rPr>
          <w:b/>
        </w:rPr>
        <w:t xml:space="preserve">MODERÁTORKA: </w:t>
      </w:r>
      <w:r>
        <w:t>Teda tie základné predpoklady, ktoré musí mať kouč: pokora, disciplína…</w:t>
      </w:r>
    </w:p>
    <w:p>
      <w:pPr>
        <w:spacing w:after="160"/>
      </w:pPr>
      <w:r>
        <w:rPr>
          <w:color w:val="888888"/>
          <w:sz w:val="18"/>
        </w:rPr>
        <w:t xml:space="preserve">[00:44:04] </w:t>
      </w:r>
      <w:r>
        <w:rPr>
          <w:b/>
        </w:rPr>
        <w:t xml:space="preserve">ZUZANA: </w:t>
      </w:r>
      <w:r>
        <w:t>Rešpekt. A schopnosť počúvať toho človeka tak, že pozornosť je plne na ňom – ani na svojich vlastných myšlienkových pochodoch, ani na plnení svojich vlastných potrieb. To znamená, či už človeka zachrániť, alebo mu pomôcť, alebo pomudrovať – vlastne odstúpiť od seba a byť prítomný v tom, čo sa deje v tom človeku a okolo neho, čo sa deje medzi nami.</w:t>
      </w:r>
    </w:p>
    <w:p>
      <w:pPr>
        <w:spacing w:after="160"/>
      </w:pPr>
      <w:r>
        <w:rPr>
          <w:color w:val="888888"/>
          <w:sz w:val="18"/>
        </w:rPr>
        <w:t xml:space="preserve">[00:44:36] </w:t>
      </w:r>
      <w:r>
        <w:rPr>
          <w:b/>
        </w:rPr>
        <w:t xml:space="preserve">DENISA: </w:t>
      </w:r>
      <w:r>
        <w:t>Mať oko pre to, kde sú jeho silné stránky, ktoré si on sám nevšíma – a vedieť sa spýtať tak, aby ich mal šancu uvidieť alebo sa ich dotknúť. A to neznamená, že mu ich hovoríme alebo vedieme otázky k tomu, aby si všimol svoje silné stránky; skôr tak, aby to nevyzeralo, že my na ňom niečo vidíme, čo on nevidí, a chceme mu to ukázať.</w:t>
      </w:r>
    </w:p>
    <w:p>
      <w:pPr>
        <w:spacing w:after="160"/>
      </w:pPr>
      <w:r>
        <w:rPr>
          <w:color w:val="888888"/>
          <w:sz w:val="18"/>
        </w:rPr>
        <w:t xml:space="preserve">[00:45:00] </w:t>
      </w:r>
      <w:r>
        <w:rPr>
          <w:b/>
        </w:rPr>
        <w:t xml:space="preserve">ZUZANA: </w:t>
      </w:r>
      <w:r>
        <w:t>Klient, keď príde, tak má tmu – príde s nejakým problémom a je niekde zapadnutý s tým problémom. A okolo nič nevidí, tam je tma; vidí len ten problém a snaží sa ho vyriešiť, aby mohol ísť ďalej. A my urobíme to, že zdvihneme baterku ponad ten problém. A čo sa stane, keď svetlo zdvihneme? Zrazu sa nám rozšíri perspektíva videnia a tá tma sa stáva menšou. A keď zasvietime na širšiu perspektívu, tak ten klient vidí viacej možností, nielen to zapadnutie. Tým pádom z toho zapadnutia vychádza a pozerá sa: aha, aj tu je možnosť, aj tu. A my mu len zreflektujeme: tak čo tam teraz vidíš? A ktorá z tých možností ti je najsympatickejšia alebo najviac možná? My mu svietime na perspektívu, na širšiu.</w:t>
      </w:r>
    </w:p>
    <w:p>
      <w:pPr>
        <w:spacing w:after="160"/>
      </w:pPr>
      <w:r>
        <w:rPr>
          <w:color w:val="888888"/>
          <w:sz w:val="18"/>
        </w:rPr>
        <w:t xml:space="preserve">[00:46:09] </w:t>
      </w:r>
      <w:r>
        <w:rPr>
          <w:b/>
        </w:rPr>
        <w:t xml:space="preserve">DENISA: </w:t>
      </w:r>
      <w:r>
        <w:t>Ani nie na cestu. My mu povieme: tak ktorá z tých ciest sa ti zdá? A potom ideme s tým svetlom ešte ďalej po tej ceste s ním.</w:t>
      </w:r>
    </w:p>
    <w:p>
      <w:pPr>
        <w:spacing w:after="160"/>
      </w:pPr>
      <w:r>
        <w:rPr>
          <w:color w:val="888888"/>
          <w:sz w:val="18"/>
        </w:rPr>
        <w:t xml:space="preserve">[00:46:18] </w:t>
      </w:r>
      <w:r>
        <w:rPr>
          <w:b/>
        </w:rPr>
        <w:t xml:space="preserve">ZUZANA: </w:t>
      </w:r>
      <w:r>
        <w:t>A ja by som chcela zdôrazniť, že to sú naučiteľné zručnosti – že to nie je žiadna mystická predispozícia, že niekto môže byť koučom a niekto nie.</w:t>
      </w:r>
    </w:p>
    <w:p>
      <w:pPr>
        <w:spacing w:after="160"/>
      </w:pPr>
      <w:r>
        <w:rPr>
          <w:color w:val="888888"/>
          <w:sz w:val="18"/>
        </w:rPr>
        <w:t xml:space="preserve">[00:46:28] </w:t>
      </w:r>
      <w:r>
        <w:rPr>
          <w:b/>
        </w:rPr>
        <w:t xml:space="preserve">DENISA: </w:t>
      </w:r>
      <w:r>
        <w:t>Netreba sa s tým narodiť – o to lepšie.</w:t>
      </w:r>
    </w:p>
    <w:p>
      <w:pPr>
        <w:spacing w:after="160"/>
      </w:pPr>
      <w:r>
        <w:rPr>
          <w:color w:val="888888"/>
          <w:sz w:val="18"/>
        </w:rPr>
        <w:t xml:space="preserve">[00:46:33] </w:t>
      </w:r>
      <w:r>
        <w:rPr>
          <w:b/>
        </w:rPr>
        <w:t xml:space="preserve">ZUZANA: </w:t>
      </w:r>
      <w:r>
        <w:t>Toto sú disciplíny alebo zručnosti, ktoré sa ten človek vie naučiť. Na kurze to pestujeme.</w:t>
      </w:r>
    </w:p>
    <w:p>
      <w:pPr>
        <w:spacing w:after="160"/>
      </w:pPr>
      <w:r>
        <w:rPr>
          <w:color w:val="888888"/>
          <w:sz w:val="18"/>
        </w:rPr>
        <w:t xml:space="preserve">[00:46:41] </w:t>
      </w:r>
      <w:r>
        <w:rPr>
          <w:b/>
        </w:rPr>
        <w:t xml:space="preserve">MODERÁTORKA: </w:t>
      </w:r>
      <w:r>
        <w:t>Úžasné. A sú aj nejaké vlastnosti, dievčatá, ktoré by kouč rozhodne mať nemal? Že už vidíte, že to asi nie je vhodný typ na kouča.</w:t>
      </w:r>
    </w:p>
    <w:p>
      <w:pPr>
        <w:spacing w:after="160"/>
      </w:pPr>
      <w:r>
        <w:rPr>
          <w:color w:val="888888"/>
          <w:sz w:val="18"/>
        </w:rPr>
        <w:t xml:space="preserve">[00:47:06] </w:t>
      </w:r>
      <w:r>
        <w:rPr>
          <w:b/>
        </w:rPr>
        <w:t xml:space="preserve">DENISA: </w:t>
      </w:r>
      <w:r>
        <w:t>To je práve to, že ani nejde o vlastnosti – skôr hovoríme o schopnostiach a zručnostiach. A tie sú naučiteľné. Napríklad taký človek, ktorý sám seba radšej počúva ako druhých, sa skôr hodí do role trénera alebo lektora, ktorý niečo učí. Ale je to odučiteľná vec, pokiaľ je ten človek ochotný. Ak je vo svojom talente, že rád rozpráva a je v roli učiteľa, je v tom usadený, tak je dobre tam, kde je. Ale ak je schopný od toho odstúpiť a prijať ešte aj inú rolu vo svojom živote, tak je to všetko naučiteľné – takže aj takýto človek sa môže naučiť byť veľmi prospešným koučom.</w:t>
      </w:r>
    </w:p>
    <w:p>
      <w:pPr>
        <w:spacing w:after="160"/>
      </w:pPr>
      <w:r>
        <w:rPr>
          <w:color w:val="888888"/>
          <w:sz w:val="18"/>
        </w:rPr>
        <w:t xml:space="preserve">[00:48:02] </w:t>
      </w:r>
      <w:r>
        <w:rPr>
          <w:b/>
        </w:rPr>
        <w:t xml:space="preserve">MODERÁTORKA: </w:t>
      </w:r>
      <w:r>
        <w:t>To je dobrá správa.</w:t>
      </w:r>
    </w:p>
    <w:p>
      <w:pPr>
        <w:spacing w:after="160"/>
      </w:pPr>
      <w:r>
        <w:rPr>
          <w:color w:val="888888"/>
          <w:sz w:val="18"/>
        </w:rPr>
        <w:t xml:space="preserve">[00:48:05] </w:t>
      </w:r>
      <w:r>
        <w:rPr>
          <w:b/>
        </w:rPr>
        <w:t xml:space="preserve">ZUZANA: </w:t>
      </w:r>
      <w:r>
        <w:t>A možno keby sme išli po tých vlastnostiach – kto sa nehodí na kouča: ten, ktorý má pocit, že je viac ako ten, koho by koučoval. Lebo koučovací rozhovor je partnerský rozhovor, je to spoločné hľadanie, kde nikto nie je vyššie ako ten druhý, je to spoločné pátranie. A keď má niekto pocit, že ja som múdrejší ako ty alebo ja som viac ako ty, tak ten sa na kouča nehodí.</w:t>
      </w:r>
    </w:p>
    <w:p>
      <w:pPr>
        <w:spacing w:after="160"/>
      </w:pPr>
      <w:r>
        <w:rPr>
          <w:color w:val="888888"/>
          <w:sz w:val="18"/>
        </w:rPr>
        <w:t xml:space="preserve">[00:48:37] </w:t>
      </w:r>
      <w:r>
        <w:rPr>
          <w:b/>
        </w:rPr>
        <w:t xml:space="preserve">MODERÁTORKA: </w:t>
      </w:r>
      <w:r>
        <w:t>Tak opäť je to o pokore.</w:t>
      </w:r>
    </w:p>
    <w:p>
      <w:pPr>
        <w:spacing w:after="160"/>
      </w:pPr>
      <w:r>
        <w:rPr>
          <w:color w:val="888888"/>
          <w:sz w:val="18"/>
        </w:rPr>
        <w:t xml:space="preserve">[00:48:39] </w:t>
      </w:r>
      <w:r>
        <w:rPr>
          <w:b/>
        </w:rPr>
        <w:t xml:space="preserve">DENISA: </w:t>
      </w:r>
      <w:r>
        <w:t>A ťažko povedať, či je to vlastnosť, alebo črta, alebo postoj – ale je to také povýšenie sa. A pokiaľ ten človek nie je schopný odstúpiť od toho, že veci môžu byť aj inak, ako si ja myslím, tak tam koučovanie nie je možné.</w:t>
      </w:r>
    </w:p>
    <w:p>
      <w:pPr>
        <w:spacing w:after="160"/>
      </w:pPr>
      <w:r>
        <w:rPr>
          <w:color w:val="888888"/>
          <w:sz w:val="18"/>
        </w:rPr>
        <w:t xml:space="preserve">[00:49:00] </w:t>
      </w:r>
      <w:r>
        <w:rPr>
          <w:b/>
        </w:rPr>
        <w:t xml:space="preserve">MODERÁTORKA: </w:t>
      </w:r>
      <w:r>
        <w:t>OK. Ale keďže ste nás počas koučingu učili, že len pozitívne formulované – tak túto otázku nemusíme rozširovať, aké nemá mať, ale skôr sa zamerať na to, aké má mať.</w:t>
      </w:r>
    </w:p>
    <w:p>
      <w:pPr>
        <w:spacing w:after="160"/>
      </w:pPr>
      <w:r>
        <w:rPr>
          <w:color w:val="888888"/>
          <w:sz w:val="18"/>
        </w:rPr>
        <w:t xml:space="preserve">[00:49:12] </w:t>
      </w:r>
      <w:r>
        <w:rPr>
          <w:b/>
        </w:rPr>
        <w:t xml:space="preserve">ZUZANA: </w:t>
      </w:r>
      <w:r>
        <w:t>A k tomu pozitívnemu ešte možno – aby to nevyznelo, že pozitívne ako nejaké americké afirmácie, že my sa len usmievame na ľudí a všetko formulujeme pozitívne. Pozitívne formulované znamená, že sa v rozhovore sústreďujeme nie na to, čo má človek ako problém a čo mu nefunguje, ale na to, čo chce dosiahnuť namiesto toho.</w:t>
      </w:r>
    </w:p>
    <w:p>
      <w:pPr>
        <w:spacing w:after="160"/>
      </w:pPr>
      <w:r>
        <w:rPr>
          <w:color w:val="888888"/>
          <w:sz w:val="18"/>
        </w:rPr>
        <w:t xml:space="preserve">[00:49:35] </w:t>
      </w:r>
      <w:r>
        <w:rPr>
          <w:b/>
        </w:rPr>
        <w:t xml:space="preserve">DENISA: </w:t>
      </w:r>
      <w:r>
        <w:t>Je v nejakej situácii zapadnutý – a my sa nesnažíme ten problém nejakým spôsobom analyzovať, aby sa vyriešil ako mechanizmus, lebo tam linearita nefunguje. My sa snažíme s tým klientom sformulovať, čo on chce, ako chce žiť, ako chce tú situáciu mať – a to nasledujeme.</w:t>
      </w:r>
    </w:p>
    <w:p>
      <w:pPr>
        <w:spacing w:after="160"/>
      </w:pPr>
      <w:r>
        <w:rPr>
          <w:color w:val="888888"/>
          <w:sz w:val="18"/>
        </w:rPr>
        <w:t xml:space="preserve">[00:49:58] </w:t>
      </w:r>
      <w:r>
        <w:rPr>
          <w:b/>
        </w:rPr>
        <w:t xml:space="preserve">ZUZANA: </w:t>
      </w:r>
      <w:r>
        <w:t>Vlastne keď to dáme do takej brutálnej skratky: človek príde, že mám problém – a my sa ho ako kouči pýtame: a čo ty chceš namiesto svojho problému?</w:t>
      </w:r>
    </w:p>
    <w:p>
      <w:pPr>
        <w:spacing w:after="160"/>
      </w:pPr>
      <w:r>
        <w:rPr>
          <w:color w:val="888888"/>
          <w:sz w:val="18"/>
        </w:rPr>
        <w:t xml:space="preserve">[00:50:08] </w:t>
      </w:r>
      <w:r>
        <w:rPr>
          <w:b/>
        </w:rPr>
        <w:t xml:space="preserve">MODERÁTORKA: </w:t>
      </w:r>
      <w:r>
        <w:t>Výborná otázka.</w:t>
      </w:r>
    </w:p>
    <w:p>
      <w:pPr>
        <w:spacing w:after="160"/>
      </w:pPr>
      <w:r>
        <w:rPr>
          <w:color w:val="888888"/>
          <w:sz w:val="18"/>
        </w:rPr>
        <w:t xml:space="preserve">[00:50:10] </w:t>
      </w:r>
      <w:r>
        <w:rPr>
          <w:b/>
        </w:rPr>
        <w:t xml:space="preserve">DENISA: </w:t>
      </w:r>
      <w:r>
        <w:t>Alebo klient príde a povie: ja stále dokola robím túto istú vec a chcel by som vedieť, prečo to robím. A my sa nesústredíme na tie príčiny – lebo sú rôzne psychoterapeutické smery, kde sa psychoterapeuti orientujú aj na skúmanie príčin, ale my to ako kouči nerobíme. My sa ho opýtame: no a keby si mal odpoveď na túto otázku, prečo sa ti to deje – čo by pre teba potom bolo možné? A on povie: potom by som sa mohol slobodne ozvať a požiadať o to, čo potrebujem. Takže vlastne ty by si sa chcel slobodne ozývať a požiadať o to, čo potrebuješ – tak poďme skúmať, ako na to.</w:t>
      </w:r>
    </w:p>
    <w:p>
      <w:pPr>
        <w:spacing w:after="160"/>
      </w:pPr>
      <w:r>
        <w:rPr>
          <w:color w:val="888888"/>
          <w:sz w:val="18"/>
        </w:rPr>
        <w:t xml:space="preserve">[00:51:01] </w:t>
      </w:r>
      <w:r>
        <w:rPr>
          <w:b/>
        </w:rPr>
        <w:t xml:space="preserve">ZUZANA: </w:t>
      </w:r>
      <w:r>
        <w:t>Už je tam to svetlo. A bez toho, aby sme vyriešili nejaký mechanizmus, ideme rovno na cieľ.</w:t>
      </w:r>
    </w:p>
    <w:p>
      <w:pPr>
        <w:spacing w:after="160"/>
      </w:pPr>
      <w:r>
        <w:rPr>
          <w:color w:val="888888"/>
          <w:sz w:val="18"/>
        </w:rPr>
        <w:t xml:space="preserve">[00:51:06] </w:t>
      </w:r>
      <w:r>
        <w:rPr>
          <w:b/>
        </w:rPr>
        <w:t xml:space="preserve">MODERÁTORKA: </w:t>
      </w:r>
      <w:r>
        <w:t>Vy ste spomínali, že vašimi klientmi sú rôzne profesie, ale predsa tá najsilnejšia, najpočetnejšia sú manažéri. A zaujímalo by ma, aký prospech, prínos má koučing, absolvovanie tohto kurzu, pre manažérov.</w:t>
      </w:r>
    </w:p>
    <w:p>
      <w:pPr>
        <w:spacing w:after="160"/>
      </w:pPr>
      <w:r>
        <w:rPr>
          <w:color w:val="888888"/>
          <w:sz w:val="18"/>
        </w:rPr>
        <w:t xml:space="preserve">[00:51:26] </w:t>
      </w:r>
      <w:r>
        <w:rPr>
          <w:b/>
        </w:rPr>
        <w:t xml:space="preserve">DENISA: </w:t>
      </w:r>
      <w:r>
        <w:t>Dobrá otázka. Ja si myslím, že v prvom rade to, že si môžu dovoliť neriešiť celý svet. Za manažérom veľakrát ľudia prichádzajú s rôznymi otázkami, ktoré ani nespadajú do jeho odbornej kompetencie, ale do kompetencie toho, kto sa pýta. Ale manažéri veľakrát prepadnú tomu, že to vyriešia za svojho podriadeného.</w:t>
      </w:r>
    </w:p>
    <w:p>
      <w:pPr>
        <w:spacing w:after="160"/>
      </w:pPr>
      <w:r>
        <w:rPr>
          <w:color w:val="888888"/>
          <w:sz w:val="18"/>
        </w:rPr>
        <w:t xml:space="preserve">[00:51:58] </w:t>
      </w:r>
      <w:r>
        <w:rPr>
          <w:b/>
        </w:rPr>
        <w:t xml:space="preserve">ZUZANA: </w:t>
      </w:r>
      <w:r>
        <w:t>A niekedy tí podriadení aj vedia to riešenie, len nechcú prevziať zaň zodpovednosť, alebo si nie sú istí, či by manažéra nepohoršili, keby to vyriešili bez neho. A tak ho zaťažujú rôznymi vecami, ktoré by de facto riešiť nemusel – ale rieši. Poznáme veľa takých manažérov.</w:t>
      </w:r>
    </w:p>
    <w:p>
      <w:pPr>
        <w:spacing w:after="160"/>
      </w:pPr>
      <w:r>
        <w:rPr>
          <w:color w:val="888888"/>
          <w:sz w:val="18"/>
        </w:rPr>
        <w:t xml:space="preserve">[00:52:24] </w:t>
      </w:r>
      <w:r>
        <w:rPr>
          <w:b/>
        </w:rPr>
        <w:t xml:space="preserve">DENISA: </w:t>
      </w:r>
      <w:r>
        <w:t>A ten koučing pomáha manažérovi spýtať sa: a ty by si to ako riešil? Samozrejme, toto nie je jediná otázka, ktorú by mohol použiť. Takže im veľakrát ubudne toho, čo musia mať vyriešené.</w:t>
      </w:r>
    </w:p>
    <w:p>
      <w:pPr>
        <w:spacing w:after="160"/>
      </w:pPr>
      <w:r>
        <w:rPr>
          <w:color w:val="888888"/>
          <w:sz w:val="18"/>
        </w:rPr>
        <w:t xml:space="preserve">[00:52:48] </w:t>
      </w:r>
      <w:r>
        <w:rPr>
          <w:b/>
        </w:rPr>
        <w:t xml:space="preserve">ZUZANA: </w:t>
      </w:r>
      <w:r>
        <w:t>A môžu sa venovať strategickejším veciam – prichádza taká úľava, keď manažéri prenesú časť svojej zodpovednosti na svoj tím. Vtedy môžu robiť zmysluplnejšie aktivity ako tú operatívu, ktorá im zaberá väčšinu času; uľaví sa im, oddýchnu si, nebudú takí prepálení a robia dlhodobejšie veci.</w:t>
      </w:r>
    </w:p>
    <w:p>
      <w:pPr>
        <w:spacing w:after="160"/>
      </w:pPr>
      <w:r>
        <w:rPr>
          <w:color w:val="888888"/>
          <w:sz w:val="18"/>
        </w:rPr>
        <w:t xml:space="preserve">[00:53:16] </w:t>
      </w:r>
      <w:r>
        <w:rPr>
          <w:b/>
        </w:rPr>
        <w:t xml:space="preserve">DENISA: </w:t>
      </w:r>
      <w:r>
        <w:t>A tým pestujú v zamestnancoch zodpovednosť v rámci ich náplne práce. A v mnohých firmách je to aj budovanie nástupníctva – tí ľudia sa stávajú samostatnými a potom sú kandidátmi na ďalší kariérny postup.</w:t>
      </w:r>
    </w:p>
    <w:p>
      <w:pPr>
        <w:spacing w:after="160"/>
      </w:pPr>
      <w:r>
        <w:rPr>
          <w:color w:val="888888"/>
          <w:sz w:val="18"/>
        </w:rPr>
        <w:t xml:space="preserve">[00:53:43] </w:t>
      </w:r>
      <w:r>
        <w:rPr>
          <w:b/>
        </w:rPr>
        <w:t xml:space="preserve">ZUZANA: </w:t>
      </w:r>
      <w:r>
        <w:t>Deniska, povedz príklad tej provokatívnej otázky.</w:t>
      </w:r>
    </w:p>
    <w:p>
      <w:pPr>
        <w:spacing w:after="160"/>
      </w:pPr>
      <w:r>
        <w:rPr>
          <w:color w:val="888888"/>
          <w:sz w:val="18"/>
        </w:rPr>
        <w:t xml:space="preserve">[00:53:46] </w:t>
      </w:r>
      <w:r>
        <w:rPr>
          <w:b/>
        </w:rPr>
        <w:t xml:space="preserve">DENISA: </w:t>
      </w:r>
      <w:r>
        <w:t>Napríklad manažér je zaseknutý. To je konkrétny reálny príklad z praxe: mala som manažéra, ktorý nevedel, čo ďalej. Bol zaseknutý v nejakej dileme a už bol v takej defenzívnej polohe, že povedal, že asi dá výpoveď. Radšej dá výpoveď, ako by ho mali vyhodiť – lebo bude mať pocit, že zlyhal.</w:t>
      </w:r>
    </w:p>
    <w:p>
      <w:pPr>
        <w:spacing w:after="160"/>
      </w:pPr>
      <w:r>
        <w:rPr>
          <w:color w:val="888888"/>
          <w:sz w:val="18"/>
        </w:rPr>
        <w:t xml:space="preserve">[00:54:14] </w:t>
      </w:r>
      <w:r>
        <w:rPr>
          <w:b/>
        </w:rPr>
        <w:t xml:space="preserve">DENISA: </w:t>
      </w:r>
      <w:r>
        <w:t>A tak som sa ho pýtala: dobre, tak si predstav, že odídeš alebo že ťa aj vyhodia. Príde po tebe ďalší ako tvoj nástupca – čo urobí podľa teba? A jeho zrazu napadlo riešenie, čo urobí ten druhý človek. A tak sa opýtam: no a čo teda ty z tohto vieš využiť ako inšpiráciu? Lebo odísť môžeš vždy. A čo sa môžeš na tejto situácii naučiť do budúcna?</w:t>
      </w:r>
    </w:p>
    <w:p>
      <w:pPr>
        <w:spacing w:after="160"/>
      </w:pPr>
      <w:r>
        <w:rPr>
          <w:color w:val="888888"/>
          <w:sz w:val="18"/>
        </w:rPr>
        <w:t xml:space="preserve">[00:54:40] </w:t>
      </w:r>
      <w:r>
        <w:rPr>
          <w:b/>
        </w:rPr>
        <w:t xml:space="preserve">DENISA: </w:t>
      </w:r>
      <w:r>
        <w:t>Ale ešte k tomu, na čo si sa pýtala – o tých benefitoch v manažmente. Keď ten manažér, ako Zuzka povedala, ponecháva zodpovednosť na tých ľuďoch alebo im deleguje úlohy a pozoruje ich pri tom, tak vlastne spoznáva tých ľudí: tým, že im kladie otázky, spoznáva, ako premýšľajú o riešeniach, a tým pádom môže ľahšie delegovať a nemusí mať stres z toho, či tie úlohy budú vykonané.</w:t>
      </w:r>
    </w:p>
    <w:p>
      <w:pPr>
        <w:spacing w:after="160"/>
      </w:pPr>
      <w:r>
        <w:rPr>
          <w:color w:val="888888"/>
          <w:sz w:val="18"/>
        </w:rPr>
        <w:t xml:space="preserve">[00:55:29] </w:t>
      </w:r>
      <w:r>
        <w:rPr>
          <w:b/>
        </w:rPr>
        <w:t xml:space="preserve">ZUZANA: </w:t>
      </w:r>
      <w:r>
        <w:t>Vie, v čom sa môže spoľahnúť a v čom nie – a vtedy môže s ľahším srdcom delegovať. A tí ľudia, keď ich niekto tak pozoruje a zvedavo sa pýta – a nedáva im návodné otázky, lebo tie znižujú dôstojnosť človeka – ale keď sa ten manažér normálne zvedavo pýta: dám ti priestor, zamysli sa ty svojím spôsobom, ako by si to riešil, možno nájdeš lepšie riešenie ako ja…</w:t>
      </w:r>
    </w:p>
    <w:p>
      <w:pPr>
        <w:spacing w:after="160"/>
      </w:pPr>
      <w:r>
        <w:rPr>
          <w:color w:val="888888"/>
          <w:sz w:val="18"/>
        </w:rPr>
        <w:t xml:space="preserve">[00:56:07] </w:t>
      </w:r>
      <w:r>
        <w:rPr>
          <w:b/>
        </w:rPr>
        <w:t xml:space="preserve">DENISA: </w:t>
      </w:r>
      <w:r>
        <w:t>…tak ten človek začne mať pocit osobnej sily. Pretože niekto ho počúva, nadriadený ho počúva, necháva mu priestor na premýšľanie – to znamená, že ho rešpektuje. A ten človek sa stáva silnejším a má aj väčšiu radosť, že má tú pozornosť – a tým pádom rozvíja svoju kreativitu, potenciál a je aj šťastnejší.</w:t>
      </w:r>
    </w:p>
    <w:p>
      <w:pPr>
        <w:spacing w:after="160"/>
      </w:pPr>
      <w:r>
        <w:rPr>
          <w:color w:val="888888"/>
          <w:sz w:val="18"/>
        </w:rPr>
        <w:t xml:space="preserve">[00:56:30] </w:t>
      </w:r>
      <w:r>
        <w:rPr>
          <w:b/>
        </w:rPr>
        <w:t xml:space="preserve">MODERÁTORKA: </w:t>
      </w:r>
      <w:r>
        <w:t>Tak z toho, čo ste teraz povedali, jednoznačne vyplýva, že koučing a kurz koučingu je absolútny základ, povinnosť pre manažérov – mali by to mať ako povinnú osobnostnú, profesijnú výbavu a budú mať jednoduchší život.</w:t>
      </w:r>
    </w:p>
    <w:p>
      <w:pPr>
        <w:spacing w:after="160"/>
      </w:pPr>
      <w:r>
        <w:rPr>
          <w:color w:val="888888"/>
          <w:sz w:val="18"/>
        </w:rPr>
        <w:t xml:space="preserve">[00:56:45] </w:t>
      </w:r>
      <w:r>
        <w:rPr>
          <w:b/>
        </w:rPr>
        <w:t xml:space="preserve">ZUZANA: </w:t>
      </w:r>
      <w:r>
        <w:t>Rozhodne je to niečo, čo im môže uľahčiť život. Niekedy si manažéri myslia, že ich chceme preinštalovať na koučov – ale keď prídu do výcviku, my im ich leadership vôbec neberieme, nech si ponechajú všetko, čo majú. Niekedy treba zachovať direktívny spôsob vedenia: keď treba niečo akútne vyriešiť, tak povieme, toto sú veci, ktoré potrebujeme teraz operatívne vykonať rýchlo.</w:t>
      </w:r>
    </w:p>
    <w:p>
      <w:pPr>
        <w:spacing w:after="160"/>
      </w:pPr>
      <w:r>
        <w:rPr>
          <w:color w:val="888888"/>
          <w:sz w:val="18"/>
        </w:rPr>
        <w:t xml:space="preserve">[00:57:13] </w:t>
      </w:r>
      <w:r>
        <w:rPr>
          <w:b/>
        </w:rPr>
        <w:t xml:space="preserve">DENISA: </w:t>
      </w:r>
      <w:r>
        <w:t>A tam sa nebudeme baviť o tom, čo by si chcel popremýšľať. Ale je oveľa viacej vecí, kde sa dá koučovanie použiť a kde si tí ľudia môžu slobodne popremýšľať. A práve tam je priestor na koučing. Preto je koučing bežnou súčasťou leadershipu – alebo teda mohol by byť.</w:t>
      </w:r>
    </w:p>
    <w:p>
      <w:pPr>
        <w:spacing w:after="160"/>
      </w:pPr>
      <w:r>
        <w:rPr>
          <w:color w:val="888888"/>
          <w:sz w:val="18"/>
        </w:rPr>
        <w:t xml:space="preserve">[00:57:35] </w:t>
      </w:r>
      <w:r>
        <w:rPr>
          <w:b/>
        </w:rPr>
        <w:t xml:space="preserve">MODERÁTORKA: </w:t>
      </w:r>
      <w:r>
        <w:t>Zuzka, ty si raz v nejakom rozhovore spomínala, že koučovanie nie je o technikách, ale o princípoch. Keby si nám povedala o princípoch koučovania – ktoré sú tie základné piliere?</w:t>
      </w:r>
    </w:p>
    <w:p>
      <w:pPr>
        <w:spacing w:after="160"/>
      </w:pPr>
      <w:r>
        <w:rPr>
          <w:color w:val="888888"/>
          <w:sz w:val="18"/>
        </w:rPr>
        <w:t xml:space="preserve">[00:57:52] </w:t>
      </w:r>
      <w:r>
        <w:rPr>
          <w:b/>
        </w:rPr>
        <w:t xml:space="preserve">ZUZANA: </w:t>
      </w:r>
      <w:r>
        <w:t>Zvedavosť.</w:t>
      </w:r>
    </w:p>
    <w:p>
      <w:pPr>
        <w:spacing w:after="160"/>
      </w:pPr>
      <w:r>
        <w:rPr>
          <w:color w:val="888888"/>
          <w:sz w:val="18"/>
        </w:rPr>
        <w:t xml:space="preserve">[00:57:54] </w:t>
      </w:r>
      <w:r>
        <w:rPr>
          <w:b/>
        </w:rPr>
        <w:t xml:space="preserve">DENISA: </w:t>
      </w:r>
      <w:r>
        <w:t>Ale možno o tom, že to nie sú techniky – lebo mnohí ľudia si myslia… My keď hovoríme o technikách alebo intervenciách, hovoríme vlastne o kompetenciách koučovania. A techniky – to je povedzme technika škály.</w:t>
      </w:r>
    </w:p>
    <w:p>
      <w:pPr>
        <w:spacing w:after="160"/>
      </w:pPr>
      <w:r>
        <w:rPr>
          <w:color w:val="888888"/>
          <w:sz w:val="18"/>
        </w:rPr>
        <w:t xml:space="preserve">[00:58:12] </w:t>
      </w:r>
      <w:r>
        <w:rPr>
          <w:b/>
        </w:rPr>
        <w:t xml:space="preserve">ZUZANA: </w:t>
      </w:r>
      <w:r>
        <w:t>To je technika od jedna do desať: ako sa cítiš spokojný s tým, aký je stav tvojho leadershipu teraz? Každý človek vie povedať, kde je miera jeho spokojnosti od jeden do desať.</w:t>
      </w:r>
    </w:p>
    <w:p>
      <w:pPr>
        <w:spacing w:after="160"/>
      </w:pPr>
      <w:r>
        <w:rPr>
          <w:color w:val="888888"/>
          <w:sz w:val="18"/>
        </w:rPr>
        <w:t xml:space="preserve">[00:58:23] </w:t>
      </w:r>
      <w:r>
        <w:rPr>
          <w:b/>
        </w:rPr>
        <w:t xml:space="preserve">DENISA: </w:t>
      </w:r>
      <w:r>
        <w:t>Je to technika, je to vizuál, ktorý v sebe nesie nejakú informáciu. A často počúvame: určite techniky. No ale technika je toto – je to zhluk nejakých otázok, ktoré keď si človek predstaví ako vizuál, tak sa vie ľahšie opýtať z rôznych perspektív; nemusí tie otázky krvopotne dolovať. Takže techniky sú len zhluky koučovacích otázok. A keď sa to ten človek naučí – ako v autoškole, počas výcviku – tak sa mu tie otázky dostanú do DNA a on sa ich pýta už bez tých techník.</w:t>
      </w:r>
    </w:p>
    <w:p>
      <w:pPr>
        <w:spacing w:after="160"/>
      </w:pPr>
      <w:r>
        <w:rPr>
          <w:color w:val="888888"/>
          <w:sz w:val="18"/>
        </w:rPr>
        <w:t xml:space="preserve">[00:59:04] </w:t>
      </w:r>
      <w:r>
        <w:rPr>
          <w:b/>
        </w:rPr>
        <w:t xml:space="preserve">ZUZANA: </w:t>
      </w:r>
      <w:r>
        <w:t>Zrazu sa tie techniky rozpadnú. Ty si ako zdravotníčka pôvodom – tak vieš, že niektoré stehy sa dávajú tak, že sa samy rozpadnú, vstrebú a netreba ich odstraňovať. A tieto techniky sa tak samy vstrebú a ostanú len otázky, ktorými sprevádzame ľudí.</w:t>
      </w:r>
    </w:p>
    <w:p>
      <w:pPr>
        <w:spacing w:after="160"/>
      </w:pPr>
      <w:r>
        <w:rPr>
          <w:color w:val="888888"/>
          <w:sz w:val="18"/>
        </w:rPr>
        <w:t xml:space="preserve">[00:59:25] </w:t>
      </w:r>
      <w:r>
        <w:rPr>
          <w:b/>
        </w:rPr>
        <w:t xml:space="preserve">MODERÁTORKA: </w:t>
      </w:r>
      <w:r>
        <w:t>Ďakujem vám za to, že ste. Ste úžasné, ste stelesnením múdrosti, láskavosti, profesionality, absolútne špičkového prístupu k veci, ktorú ovládate. Áno, tak, ako to hovoríte – je to stopercentná pravda. Robíte len koučing, učíte len koučing – a učíte ho nie dobre, učíte ho super.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